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285B4A"/>
          <w:sz w:val="26"/>
        </w:rPr>
        <w:t>[Your Business Name]</w:t>
      </w:r>
    </w:p>
    <w:p>
      <w:pPr>
        <w:jc w:val="center"/>
      </w:pPr>
      <w:r>
        <w:rPr>
          <w:color w:val="666666"/>
          <w:sz w:val="18"/>
        </w:rPr>
        <w:t>[phone] · [email] · [address]</w:t>
      </w:r>
    </w:p>
    <w:p>
      <w:pPr>
        <w:pStyle w:val="Title"/>
      </w:pPr>
      <w:r>
        <w:rPr>
          <w:color w:val="285B4A"/>
        </w:rPr>
        <w:t>Pet Sitting Invoice</w:t>
      </w:r>
    </w:p>
    <w:p>
      <w:r>
        <w:rPr>
          <w:i/>
          <w:sz w:val="20"/>
        </w:rPr>
        <w:t>For pet-sitting businesses — an itemised invoice built from completed visits: one line per visit, each carrying its schedule reference.</w:t>
      </w:r>
    </w:p>
    <w:p>
      <w:pPr>
        <w:pStyle w:val="Heading2"/>
      </w:pPr>
      <w:r>
        <w:t>Invoice details</w:t>
      </w:r>
    </w:p>
    <w:p>
      <w:r>
        <w:rPr>
          <w:b/>
        </w:rPr>
        <w:t xml:space="preserve">Invoice number:  </w:t>
      </w:r>
      <w:r>
        <w:t>________________________________________</w:t>
      </w:r>
    </w:p>
    <w:p>
      <w:r>
        <w:rPr>
          <w:b/>
        </w:rPr>
        <w:t xml:space="preserve">Issue date:  </w:t>
      </w:r>
      <w:r>
        <w:t>________________________________________</w:t>
      </w:r>
    </w:p>
    <w:p>
      <w:r>
        <w:rPr>
          <w:b/>
        </w:rPr>
        <w:t xml:space="preserve">Due date:  </w:t>
      </w:r>
      <w:r>
        <w:t>________________________________________</w:t>
      </w:r>
    </w:p>
    <w:p>
      <w:r>
        <w:rPr>
          <w:b/>
        </w:rPr>
        <w:t xml:space="preserve">Booking reference:  </w:t>
      </w:r>
      <w:r>
        <w:t>________________________________________</w:t>
      </w:r>
    </w:p>
    <w:p>
      <w:pPr>
        <w:pStyle w:val="Heading2"/>
      </w:pPr>
      <w:r>
        <w:t>1 · Business &amp; client</w:t>
      </w:r>
    </w:p>
    <w:p>
      <w:r>
        <w:rPr>
          <w:b/>
        </w:rPr>
        <w:t xml:space="preserve">Business name:  </w:t>
      </w:r>
      <w:r>
        <w:t>________________________________________</w:t>
      </w:r>
    </w:p>
    <w:p>
      <w:r>
        <w:rPr>
          <w:b/>
        </w:rPr>
        <w:t xml:space="preserve">Business address:  </w:t>
      </w:r>
      <w:r>
        <w:t>________________________________________</w:t>
      </w:r>
    </w:p>
    <w:p>
      <w:r>
        <w:rPr>
          <w:b/>
        </w:rPr>
        <w:t xml:space="preserve">Business phone / email:  </w:t>
      </w:r>
      <w:r>
        <w:t>________________________________________</w:t>
      </w:r>
    </w:p>
    <w:p>
      <w:r>
        <w:rPr>
          <w:b/>
        </w:rPr>
        <w:t xml:space="preserve">Client full name:  </w:t>
      </w:r>
      <w:r>
        <w:t>________________________________________</w:t>
      </w:r>
    </w:p>
    <w:p>
      <w:r>
        <w:rPr>
          <w:b/>
        </w:rPr>
        <w:t xml:space="preserve">Client billing address:  </w:t>
      </w:r>
      <w:r>
        <w:t>________________________________________</w:t>
      </w:r>
    </w:p>
    <w:p>
      <w:r>
        <w:rPr>
          <w:b/>
        </w:rPr>
        <w:t xml:space="preserve">Client phone / email:  </w:t>
      </w:r>
      <w:r>
        <w:t>________________________________________</w:t>
      </w:r>
    </w:p>
    <w:p>
      <w:pPr>
        <w:pStyle w:val="Heading2"/>
      </w:pPr>
      <w:r>
        <w:t>2 · Booking summary</w:t>
      </w:r>
    </w:p>
    <w:p>
      <w:r>
        <w:rPr>
          <w:b/>
        </w:rPr>
        <w:t xml:space="preserve">Booking reference:  </w:t>
      </w:r>
      <w:r>
        <w:t>________________________________________</w:t>
      </w:r>
    </w:p>
    <w:p>
      <w:r>
        <w:rPr>
          <w:b/>
        </w:rPr>
        <w:t xml:space="preserve">Service period:  </w:t>
      </w:r>
      <w:r>
        <w:t>________________________________________</w:t>
      </w:r>
    </w:p>
    <w:p>
      <w:r>
        <w:rPr>
          <w:b/>
        </w:rPr>
        <w:t xml:space="preserve">Assigned sitter:  </w:t>
      </w:r>
      <w:r>
        <w:t>________________________________________</w:t>
      </w:r>
    </w:p>
    <w:p>
      <w:r>
        <w:rPr>
          <w:b/>
        </w:rPr>
        <w:t xml:space="preserve">Pet names:  </w:t>
      </w:r>
      <w:r>
        <w:t>________________________________________</w:t>
      </w:r>
    </w:p>
    <w:p>
      <w:r>
        <w:rPr>
          <w:b/>
        </w:rPr>
        <w:t xml:space="preserve">Agreed rate per visit ($):  </w:t>
      </w:r>
      <w:r>
        <w:t>________________________________________</w:t>
      </w:r>
    </w:p>
    <w:p>
      <w:r>
        <w:rPr>
          <w:b/>
        </w:rPr>
        <w:t xml:space="preserve">Number of completed visits:  </w:t>
      </w:r>
      <w:r>
        <w:t>________________________________________</w:t>
      </w:r>
    </w:p>
    <w:p>
      <w:pPr>
        <w:pStyle w:val="Heading2"/>
      </w:pPr>
      <w:r>
        <w:t>3 · Itemised visit charges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242"/>
        <w:gridCol w:w="1242"/>
        <w:gridCol w:w="1242"/>
        <w:gridCol w:w="1242"/>
        <w:gridCol w:w="1242"/>
        <w:gridCol w:w="1242"/>
        <w:gridCol w:w="1242"/>
        <w:gridCol w:w="1242"/>
      </w:tblGrid>
      <w:tr>
        <w:tc>
          <w:tcPr>
            <w:tcW w:type="dxa" w:w="1242"/>
          </w:tcPr>
          <w:p>
            <w:r/>
            <w:r>
              <w:rPr>
                <w:b/>
              </w:rPr>
              <w:t>Date</w:t>
            </w:r>
          </w:p>
        </w:tc>
        <w:tc>
          <w:tcPr>
            <w:tcW w:type="dxa" w:w="1242"/>
          </w:tcPr>
          <w:p>
            <w:r/>
            <w:r>
              <w:rPr>
                <w:b/>
              </w:rPr>
              <w:t>Visit ref</w:t>
            </w:r>
          </w:p>
        </w:tc>
        <w:tc>
          <w:tcPr>
            <w:tcW w:type="dxa" w:w="1242"/>
          </w:tcPr>
          <w:p>
            <w:r/>
            <w:r>
              <w:rPr>
                <w:b/>
              </w:rPr>
              <w:t>Service description</w:t>
            </w:r>
          </w:p>
        </w:tc>
        <w:tc>
          <w:tcPr>
            <w:tcW w:type="dxa" w:w="1242"/>
          </w:tcPr>
          <w:p>
            <w:r/>
            <w:r>
              <w:rPr>
                <w:b/>
              </w:rPr>
              <w:t>Sitter</w:t>
            </w:r>
          </w:p>
        </w:tc>
        <w:tc>
          <w:tcPr>
            <w:tcW w:type="dxa" w:w="1242"/>
          </w:tcPr>
          <w:p>
            <w:r/>
            <w:r>
              <w:rPr>
                <w:b/>
              </w:rPr>
              <w:t>Qty</w:t>
            </w:r>
          </w:p>
        </w:tc>
        <w:tc>
          <w:tcPr>
            <w:tcW w:type="dxa" w:w="1242"/>
          </w:tcPr>
          <w:p>
            <w:r/>
            <w:r>
              <w:rPr>
                <w:b/>
              </w:rPr>
              <w:t>Unit price ($)</w:t>
            </w:r>
          </w:p>
        </w:tc>
        <w:tc>
          <w:tcPr>
            <w:tcW w:type="dxa" w:w="1242"/>
          </w:tcPr>
          <w:p>
            <w:r/>
            <w:r>
              <w:rPr>
                <w:b/>
              </w:rPr>
              <w:t>Line total ($)</w:t>
            </w:r>
          </w:p>
        </w:tc>
        <w:tc>
          <w:tcPr>
            <w:tcW w:type="dxa" w:w="1242"/>
          </w:tcPr>
          <w:p>
            <w:r/>
            <w:r>
              <w:rPr>
                <w:b/>
              </w:rPr>
              <w:t>Completed</w:t>
            </w:r>
          </w:p>
        </w:tc>
      </w:tr>
      <w:tr>
        <w:trPr>
          <w:trHeight w:val="461"/>
        </w:trPr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</w:tr>
    </w:tbl>
    <w:p>
      <w:pPr>
        <w:pStyle w:val="Heading2"/>
      </w:pPr>
      <w:r>
        <w:t>4 · Totals</w:t>
      </w:r>
    </w:p>
    <w:p>
      <w:r>
        <w:rPr>
          <w:b/>
        </w:rPr>
        <w:t xml:space="preserve">Subtotal ($):  </w:t>
      </w:r>
      <w:r>
        <w:t>________________________________________</w:t>
      </w:r>
    </w:p>
    <w:p>
      <w:r>
        <w:rPr>
          <w:b/>
        </w:rPr>
        <w:t xml:space="preserve">Discount ($):  </w:t>
      </w:r>
      <w:r>
        <w:t>________________________________________</w:t>
      </w:r>
    </w:p>
    <w:p>
      <w:r>
        <w:rPr>
          <w:b/>
        </w:rPr>
        <w:t xml:space="preserve">Taxable amount ($):  </w:t>
      </w:r>
      <w:r>
        <w:t>________________________________________</w:t>
      </w:r>
    </w:p>
    <w:p>
      <w:r>
        <w:rPr>
          <w:b/>
        </w:rPr>
        <w:t xml:space="preserve">Tax rate (%):  </w:t>
      </w:r>
      <w:r>
        <w:t>________________________________________</w:t>
      </w:r>
    </w:p>
    <w:p>
      <w:r>
        <w:rPr>
          <w:b/>
        </w:rPr>
        <w:t xml:space="preserve">Tax amount ($):  </w:t>
      </w:r>
      <w:r>
        <w:t>________________________________________</w:t>
      </w:r>
    </w:p>
    <w:p>
      <w:r>
        <w:rPr>
          <w:b/>
        </w:rPr>
        <w:t xml:space="preserve">Additional agreed charges ($):  </w:t>
      </w:r>
      <w:r>
        <w:t>________________________________________</w:t>
      </w:r>
    </w:p>
    <w:p>
      <w:r>
        <w:rPr>
          <w:b/>
        </w:rPr>
        <w:t xml:space="preserve">Amount previously paid ($):  </w:t>
      </w:r>
      <w:r>
        <w:t>________________________________________</w:t>
      </w:r>
    </w:p>
    <w:p>
      <w:r>
        <w:rPr>
          <w:b/>
        </w:rPr>
        <w:t xml:space="preserve">Balance due ($):  </w:t>
      </w:r>
      <w:r>
        <w:t>________________________________________</w:t>
      </w:r>
    </w:p>
    <w:p>
      <w:pPr>
        <w:pStyle w:val="Heading2"/>
      </w:pPr>
      <w:r>
        <w:t>5 · Payment instructions — accepted methods</w:t>
      </w:r>
    </w:p>
    <w:p>
      <w:r>
        <w:t>☐  Bank transfer</w:t>
      </w:r>
    </w:p>
    <w:p>
      <w:r>
        <w:t>☐  Cash</w:t>
      </w:r>
    </w:p>
    <w:p>
      <w:r>
        <w:t>☐  Card</w:t>
      </w:r>
    </w:p>
    <w:p>
      <w:r>
        <w:t>☐  Check</w:t>
      </w:r>
    </w:p>
    <w:p>
      <w:r>
        <w:t>☐  Other</w:t>
      </w:r>
    </w:p>
    <w:p>
      <w:r>
        <w:rPr>
          <w:b/>
        </w:rPr>
        <w:t xml:space="preserve">Payment instructions:  </w:t>
      </w:r>
      <w:r>
        <w:t>________________________________________</w:t>
      </w:r>
    </w:p>
    <w:p>
      <w:r>
        <w:rPr>
          <w:b/>
        </w:rPr>
        <w:t xml:space="preserve">Payment reference:  </w:t>
      </w:r>
      <w:r>
        <w:t>________________________________________</w:t>
      </w:r>
    </w:p>
    <w:p>
      <w:r>
        <w:rPr>
          <w:b/>
        </w:rPr>
        <w:t xml:space="preserve">Payment due date:  </w:t>
      </w:r>
      <w:r>
        <w:t>________________________________________</w:t>
      </w:r>
    </w:p>
    <w:p>
      <w:pPr>
        <w:pStyle w:val="Heading2"/>
      </w:pPr>
      <w:r>
        <w:t>Service notes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6 · Acknowledgement</w:t>
      </w:r>
    </w:p>
    <w:p>
      <w:r>
        <w:rPr>
          <w:b/>
        </w:rPr>
        <w:t xml:space="preserve">Prepared by:  </w:t>
      </w:r>
      <w:r>
        <w:t>________________________________________</w:t>
      </w:r>
    </w:p>
    <w:p>
      <w:r>
        <w:rPr>
          <w:b/>
        </w:rPr>
        <w:t xml:space="preserve">Business signature:  </w:t>
      </w:r>
      <w:r>
        <w:t>________________________________________</w:t>
      </w:r>
    </w:p>
    <w:p>
      <w:r>
        <w:rPr>
          <w:b/>
        </w:rPr>
        <w:t xml:space="preserve">Client payment acknowledgement (optional):  </w:t>
      </w:r>
      <w:r>
        <w:t>________________________________________</w:t>
      </w:r>
    </w:p>
    <w:p>
      <w:r>
        <w:rPr>
          <w:b/>
        </w:rPr>
        <w:t xml:space="preserve">Payment date:  </w:t>
      </w:r>
      <w:r>
        <w:t>________________________________________</w:t>
      </w:r>
    </w:p>
    <w:p>
      <w:r>
        <w:rPr>
          <w:b/>
        </w:rPr>
        <w:t xml:space="preserve">Payment reference / receipt number:  </w:t>
      </w:r>
      <w:r>
        <w:t>________________________________________</w:t>
      </w:r>
    </w:p>
    <w:p>
      <w:r>
        <w:t>Thank you for trusting us with your pets.</w:t>
      </w:r>
    </w:p>
    <w:p>
      <w:r>
        <w:rPr>
          <w:color w:val="888888"/>
          <w:sz w:val="16"/>
        </w:rPr>
        <w:t>Free template from FormNest (formnest.pages.dev) — free for your own business use; please do not redistribute or resell.</w:t>
      </w: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