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color w:val="285B4A"/>
          <w:sz w:val="26"/>
        </w:rPr>
        <w:t>[Your Business Name]</w:t>
      </w:r>
    </w:p>
    <w:p>
      <w:pPr>
        <w:jc w:val="center"/>
      </w:pPr>
      <w:r>
        <w:rPr>
          <w:color w:val="666666"/>
          <w:sz w:val="18"/>
        </w:rPr>
        <w:t>[phone] · [email] · [address]</w:t>
      </w:r>
    </w:p>
    <w:p>
      <w:pPr>
        <w:pStyle w:val="Title"/>
      </w:pPr>
      <w:r>
        <w:rPr>
          <w:color w:val="285B4A"/>
        </w:rPr>
        <w:t>Pet Sitting Client &amp; Pet Intake Form</w:t>
      </w:r>
    </w:p>
    <w:p>
      <w:r>
        <w:rPr>
          <w:i/>
          <w:sz w:val="20"/>
        </w:rPr>
        <w:t>For pet-sitting businesses — the client, pet, veterinary, emergency-contact and home-access information collected before the first visit.</w:t>
      </w:r>
    </w:p>
    <w:p>
      <w:pPr>
        <w:pStyle w:val="Heading2"/>
      </w:pPr>
      <w:r>
        <w:t>Document details</w:t>
      </w:r>
    </w:p>
    <w:p>
      <w:r>
        <w:rPr>
          <w:b/>
        </w:rPr>
        <w:t xml:space="preserve">Client reference:  </w:t>
      </w:r>
      <w:r>
        <w:t>________________________________________</w:t>
      </w:r>
    </w:p>
    <w:p>
      <w:r>
        <w:rPr>
          <w:b/>
        </w:rPr>
        <w:t xml:space="preserve">Intake date:  </w:t>
      </w:r>
      <w:r>
        <w:t>________________________________________</w:t>
      </w:r>
    </w:p>
    <w:p>
      <w:r>
        <w:rPr>
          <w:b/>
        </w:rPr>
        <w:t xml:space="preserve">Booking reference (if known):  </w:t>
      </w:r>
      <w:r>
        <w:t>________________________________________</w:t>
      </w:r>
    </w:p>
    <w:p>
      <w:pPr>
        <w:pStyle w:val="Heading2"/>
      </w:pPr>
      <w:r>
        <w:t>1 · Client profile</w:t>
      </w:r>
    </w:p>
    <w:p>
      <w:r>
        <w:rPr>
          <w:b/>
        </w:rPr>
        <w:t xml:space="preserve">Client full name:  </w:t>
      </w:r>
      <w:r>
        <w:t>________________________________________</w:t>
      </w:r>
    </w:p>
    <w:p>
      <w:r>
        <w:rPr>
          <w:b/>
        </w:rPr>
        <w:t xml:space="preserve">Service address:  </w:t>
      </w:r>
      <w:r>
        <w:t>________________________________________</w:t>
      </w:r>
    </w:p>
    <w:p>
      <w:r>
        <w:rPr>
          <w:b/>
        </w:rPr>
        <w:t xml:space="preserve">City, state, ZIP:  </w:t>
      </w:r>
      <w:r>
        <w:t>________________________________________</w:t>
      </w:r>
    </w:p>
    <w:p>
      <w:r>
        <w:rPr>
          <w:b/>
        </w:rPr>
        <w:t xml:space="preserve">Primary phone:  </w:t>
      </w:r>
      <w:r>
        <w:t>________________________________________</w:t>
      </w:r>
    </w:p>
    <w:p>
      <w:r>
        <w:rPr>
          <w:b/>
        </w:rPr>
        <w:t xml:space="preserve">Email:  </w:t>
      </w:r>
      <w:r>
        <w:t>________________________________________</w:t>
      </w:r>
    </w:p>
    <w:p>
      <w:r>
        <w:rPr>
          <w:b/>
        </w:rPr>
        <w:t xml:space="preserve">Secondary contact name:  </w:t>
      </w:r>
      <w:r>
        <w:t>________________________________________</w:t>
      </w:r>
    </w:p>
    <w:p>
      <w:r>
        <w:rPr>
          <w:b/>
        </w:rPr>
        <w:t xml:space="preserve">Secondary contact phone:  </w:t>
      </w:r>
      <w:r>
        <w:t>________________________________________</w:t>
      </w:r>
    </w:p>
    <w:p>
      <w:r>
        <w:rPr>
          <w:b/>
        </w:rPr>
        <w:t xml:space="preserve">Relationship to client:  </w:t>
      </w:r>
      <w:r>
        <w:t>________________________________________</w:t>
      </w:r>
    </w:p>
    <w:p>
      <w:pPr>
        <w:pStyle w:val="Heading2"/>
      </w:pPr>
      <w:r>
        <w:t>Preferred communication</w:t>
      </w:r>
    </w:p>
    <w:p>
      <w:r>
        <w:t>☐  Text</w:t>
      </w:r>
    </w:p>
    <w:p>
      <w:r>
        <w:t>☐  Email</w:t>
      </w:r>
    </w:p>
    <w:p>
      <w:r>
        <w:t>☐  Phone</w:t>
      </w:r>
    </w:p>
    <w:p>
      <w:pPr>
        <w:pStyle w:val="Heading2"/>
      </w:pPr>
      <w:r>
        <w:t>2 · Pet profile (repeat for each pet)</w:t>
      </w:r>
    </w:p>
    <w:p>
      <w:r>
        <w:rPr>
          <w:b/>
        </w:rPr>
        <w:t xml:space="preserve">Pet name:  </w:t>
      </w:r>
      <w:r>
        <w:t>________________________________________</w:t>
      </w:r>
    </w:p>
    <w:p>
      <w:pPr>
        <w:pStyle w:val="Heading2"/>
      </w:pPr>
      <w:r>
        <w:t>Animal type</w:t>
      </w:r>
    </w:p>
    <w:p>
      <w:r>
        <w:t>☐  Dog</w:t>
      </w:r>
    </w:p>
    <w:p>
      <w:r>
        <w:t>☐  Cat</w:t>
      </w:r>
    </w:p>
    <w:p>
      <w:r>
        <w:t>☐  Other</w:t>
      </w:r>
    </w:p>
    <w:p>
      <w:r>
        <w:rPr>
          <w:b/>
        </w:rPr>
        <w:t xml:space="preserve">Breed or description:  </w:t>
      </w:r>
      <w:r>
        <w:t>________________________________________</w:t>
      </w:r>
    </w:p>
    <w:p>
      <w:r>
        <w:rPr>
          <w:b/>
        </w:rPr>
        <w:t xml:space="preserve">Age / date of birth:  </w:t>
      </w:r>
      <w:r>
        <w:t>________________________________________</w:t>
      </w:r>
    </w:p>
    <w:p>
      <w:r>
        <w:rPr>
          <w:b/>
        </w:rPr>
        <w:t xml:space="preserve">Approximate weight:  </w:t>
      </w:r>
      <w:r>
        <w:t>________________________________________</w:t>
      </w:r>
    </w:p>
    <w:p>
      <w:r>
        <w:rPr>
          <w:b/>
        </w:rPr>
        <w:t xml:space="preserve">Identifying features:  </w:t>
      </w:r>
      <w:r>
        <w:t>________________________________________</w:t>
      </w:r>
    </w:p>
    <w:p>
      <w:pPr>
        <w:pStyle w:val="Heading2"/>
      </w:pPr>
      <w:r>
        <w:t>Sex</w:t>
      </w:r>
    </w:p>
    <w:p>
      <w:r>
        <w:t>☐  Male</w:t>
      </w:r>
    </w:p>
    <w:p>
      <w:r>
        <w:t>☐  Female</w:t>
      </w:r>
    </w:p>
    <w:p>
      <w:r>
        <w:t>☐  Unknown</w:t>
      </w:r>
    </w:p>
    <w:p>
      <w:pPr>
        <w:pStyle w:val="Heading2"/>
      </w:pPr>
      <w:r>
        <w:t>Spayed / neutered</w:t>
      </w:r>
    </w:p>
    <w:p>
      <w:r>
        <w:t>☐  Yes</w:t>
      </w:r>
    </w:p>
    <w:p>
      <w:r>
        <w:t>☐  No</w:t>
      </w:r>
    </w:p>
    <w:p>
      <w:r>
        <w:t>☐  Unknown</w:t>
      </w:r>
    </w:p>
    <w:p>
      <w:pPr>
        <w:pStyle w:val="Heading2"/>
      </w:pPr>
      <w:r>
        <w:t>Temperament</w:t>
      </w:r>
    </w:p>
    <w:p>
      <w:r>
        <w:t>☐  Friendly</w:t>
      </w:r>
    </w:p>
    <w:p>
      <w:r>
        <w:t>☐  Shy</w:t>
      </w:r>
    </w:p>
    <w:p>
      <w:r>
        <w:t>☐  Anxious</w:t>
      </w:r>
    </w:p>
    <w:p>
      <w:r>
        <w:t>☐  Reactive</w:t>
      </w:r>
    </w:p>
    <w:p>
      <w:r>
        <w:t>☐  Other</w:t>
      </w:r>
    </w:p>
    <w:p>
      <w:pPr>
        <w:pStyle w:val="Heading2"/>
      </w:pPr>
      <w:r>
        <w:t>Behavioural triggers or handling warnings</w:t>
      </w:r>
    </w:p>
    <w:p>
      <w:r>
        <w:t>______________________________________________________________________</w:t>
      </w:r>
    </w:p>
    <w:p>
      <w:r>
        <w:t>______________________________________________________________________</w:t>
      </w:r>
    </w:p>
    <w:p>
      <w:pPr>
        <w:pStyle w:val="Heading2"/>
      </w:pPr>
      <w:r>
        <w:t>Feeding preferences and restrictions</w:t>
      </w:r>
    </w:p>
    <w:p>
      <w:r>
        <w:t>______________________________________________________________________</w:t>
      </w:r>
    </w:p>
    <w:p>
      <w:r>
        <w:t>______________________________________________________________________</w:t>
      </w:r>
    </w:p>
    <w:p>
      <w:r>
        <w:rPr>
          <w:b/>
        </w:rPr>
        <w:t xml:space="preserve">Allergies or sensitivities disclosed by client:  </w:t>
      </w:r>
      <w:r>
        <w:t>________________________________________</w:t>
      </w:r>
    </w:p>
    <w:p>
      <w:r>
        <w:rPr>
          <w:b/>
        </w:rPr>
        <w:t xml:space="preserve">Exercise and activity requirements:  </w:t>
      </w:r>
      <w:r>
        <w:t>________________________________________</w:t>
      </w:r>
    </w:p>
    <w:p>
      <w:r>
        <w:rPr>
          <w:b/>
        </w:rPr>
        <w:t xml:space="preserve">Toilet / litter arrangements:  </w:t>
      </w:r>
      <w:r>
        <w:t>________________________________________</w:t>
      </w:r>
    </w:p>
    <w:p>
      <w:r>
        <w:rPr>
          <w:b/>
        </w:rPr>
        <w:t xml:space="preserve">Medication or health instructions:  </w:t>
      </w:r>
      <w:r>
        <w:t>________________________________________</w:t>
      </w:r>
    </w:p>
    <w:p>
      <w:pPr>
        <w:pStyle w:val="Heading2"/>
      </w:pPr>
      <w:r>
        <w:t>Other care notes</w:t>
      </w:r>
    </w:p>
    <w:p>
      <w:r>
        <w:t>______________________________________________________________________</w:t>
      </w:r>
    </w:p>
    <w:p>
      <w:r>
        <w:t>______________________________________________________________________</w:t>
      </w:r>
    </w:p>
    <w:p>
      <w:pPr>
        <w:pStyle w:val="Heading2"/>
      </w:pPr>
      <w:r>
        <w:t>3 · Veterinary details</w:t>
      </w:r>
    </w:p>
    <w:p>
      <w:r>
        <w:rPr>
          <w:b/>
        </w:rPr>
        <w:t xml:space="preserve">Regular veterinarian / clinic:  </w:t>
      </w:r>
      <w:r>
        <w:t>________________________________________</w:t>
      </w:r>
    </w:p>
    <w:p>
      <w:r>
        <w:rPr>
          <w:b/>
        </w:rPr>
        <w:t xml:space="preserve">Clinic address:  </w:t>
      </w:r>
      <w:r>
        <w:t>________________________________________</w:t>
      </w:r>
    </w:p>
    <w:p>
      <w:r>
        <w:rPr>
          <w:b/>
        </w:rPr>
        <w:t xml:space="preserve">Clinic phone:  </w:t>
      </w:r>
      <w:r>
        <w:t>________________________________________</w:t>
      </w:r>
    </w:p>
    <w:p>
      <w:r>
        <w:rPr>
          <w:b/>
        </w:rPr>
        <w:t xml:space="preserve">Preferred emergency veterinary hospital:  </w:t>
      </w:r>
      <w:r>
        <w:t>________________________________________</w:t>
      </w:r>
    </w:p>
    <w:p>
      <w:r>
        <w:rPr>
          <w:b/>
        </w:rPr>
        <w:t xml:space="preserve">Emergency hospital phone:  </w:t>
      </w:r>
      <w:r>
        <w:t>________________________________________</w:t>
      </w:r>
    </w:p>
    <w:p>
      <w:r>
        <w:rPr>
          <w:b/>
        </w:rPr>
        <w:t xml:space="preserve">Pet insurance provider / policy reference (optional):  </w:t>
      </w:r>
      <w:r>
        <w:t>________________________________________</w:t>
      </w:r>
    </w:p>
    <w:p>
      <w:pPr>
        <w:pStyle w:val="Heading2"/>
      </w:pPr>
      <w:r>
        <w:t>Client-authorised veterinary contact instructions</w:t>
      </w:r>
    </w:p>
    <w:p>
      <w:r>
        <w:t>______________________________________________________________________</w:t>
      </w:r>
    </w:p>
    <w:p>
      <w:r>
        <w:t>______________________________________________________________________</w:t>
      </w:r>
    </w:p>
    <w:p>
      <w:pPr>
        <w:pStyle w:val="Heading2"/>
      </w:pPr>
      <w:r>
        <w:t>4 · Emergency contacts</w:t>
      </w:r>
    </w:p>
    <w:p>
      <w:r>
        <w:rPr>
          <w:b/>
        </w:rPr>
        <w:t xml:space="preserve">Emergency contact name:  </w:t>
      </w:r>
      <w:r>
        <w:t>________________________________________</w:t>
      </w:r>
    </w:p>
    <w:p>
      <w:r>
        <w:rPr>
          <w:b/>
        </w:rPr>
        <w:t xml:space="preserve">Relationship:  </w:t>
      </w:r>
      <w:r>
        <w:t>________________________________________</w:t>
      </w:r>
    </w:p>
    <w:p>
      <w:r>
        <w:rPr>
          <w:b/>
        </w:rPr>
        <w:t xml:space="preserve">Phone:  </w:t>
      </w:r>
      <w:r>
        <w:t>________________________________________</w:t>
      </w:r>
    </w:p>
    <w:p>
      <w:r>
        <w:rPr>
          <w:b/>
        </w:rPr>
        <w:t xml:space="preserve">Alternative emergency contact:  </w:t>
      </w:r>
      <w:r>
        <w:t>________________________________________</w:t>
      </w:r>
    </w:p>
    <w:p>
      <w:r>
        <w:rPr>
          <w:b/>
        </w:rPr>
        <w:t xml:space="preserve">Relationship:  </w:t>
      </w:r>
      <w:r>
        <w:t>________________________________________</w:t>
      </w:r>
    </w:p>
    <w:p>
      <w:r>
        <w:rPr>
          <w:b/>
        </w:rPr>
        <w:t xml:space="preserve">Phone:  </w:t>
      </w:r>
      <w:r>
        <w:t>________________________________________</w:t>
      </w:r>
    </w:p>
    <w:p>
      <w:pPr>
        <w:pStyle w:val="Heading2"/>
      </w:pPr>
      <w:r>
        <w:t>Contact order / instructions</w:t>
      </w:r>
    </w:p>
    <w:p>
      <w:r>
        <w:t>______________________________________________________________________</w:t>
      </w:r>
    </w:p>
    <w:p>
      <w:r>
        <w:t>______________________________________________________________________</w:t>
      </w:r>
    </w:p>
    <w:p>
      <w:pPr>
        <w:pStyle w:val="Heading2"/>
      </w:pPr>
      <w:r>
        <w:t>5 · Home &amp; access arrangements — access method</w:t>
      </w:r>
    </w:p>
    <w:p>
      <w:r>
        <w:t>☐  Client present</w:t>
      </w:r>
    </w:p>
    <w:p>
      <w:r>
        <w:t>☐  Key</w:t>
      </w:r>
    </w:p>
    <w:p>
      <w:r>
        <w:t>☐  Lockbox</w:t>
      </w:r>
    </w:p>
    <w:p>
      <w:r>
        <w:t>☐  Door code</w:t>
      </w:r>
    </w:p>
    <w:p>
      <w:r>
        <w:t>☐  Other</w:t>
      </w:r>
    </w:p>
    <w:p>
      <w:r>
        <w:rPr>
          <w:b/>
        </w:rPr>
        <w:t xml:space="preserve">Key reference:  </w:t>
      </w:r>
      <w:r>
        <w:t>________________________________________</w:t>
      </w:r>
    </w:p>
    <w:p>
      <w:r>
        <w:rPr>
          <w:b/>
        </w:rPr>
        <w:t xml:space="preserve">Lockbox reference:  </w:t>
      </w:r>
      <w:r>
        <w:t>________________________________________</w:t>
      </w:r>
    </w:p>
    <w:p>
      <w:r>
        <w:rPr>
          <w:b/>
        </w:rPr>
        <w:t xml:space="preserve">Alarm instruction reference:  </w:t>
      </w:r>
      <w:r>
        <w:t>________________________________________</w:t>
      </w:r>
    </w:p>
    <w:p>
      <w:r>
        <w:rPr>
          <w:b/>
        </w:rPr>
        <w:t xml:space="preserve">Parking arrangements:  </w:t>
      </w:r>
      <w:r>
        <w:t>________________________________________</w:t>
      </w:r>
    </w:p>
    <w:p>
      <w:r>
        <w:rPr>
          <w:b/>
        </w:rPr>
        <w:t xml:space="preserve">Areas that must remain closed:  </w:t>
      </w:r>
      <w:r>
        <w:t>________________________________________</w:t>
      </w:r>
    </w:p>
    <w:p>
      <w:r>
        <w:rPr>
          <w:b/>
        </w:rPr>
        <w:t xml:space="preserve">Other animals or household hazards:  </w:t>
      </w:r>
      <w:r>
        <w:t>________________________________________</w:t>
      </w:r>
    </w:p>
    <w:p>
      <w:pPr>
        <w:pStyle w:val="Heading2"/>
      </w:pPr>
      <w:r>
        <w:t>Restricted-access instruction</w:t>
      </w:r>
    </w:p>
    <w:p>
      <w:r>
        <w:t>______________________________________________________________________</w:t>
      </w:r>
    </w:p>
    <w:p>
      <w:r>
        <w:t>______________________________________________________________________</w:t>
      </w:r>
    </w:p>
    <w:p>
      <w:pPr>
        <w:pStyle w:val="Heading2"/>
      </w:pPr>
      <w:r>
        <w:t>Entry and exit instructions</w:t>
      </w:r>
    </w:p>
    <w:p>
      <w:r>
        <w:t>______________________________________________________________________</w:t>
      </w:r>
    </w:p>
    <w:p>
      <w:r>
        <w:t>______________________________________________________________________</w:t>
      </w:r>
    </w:p>
    <w:p>
      <w:pPr>
        <w:pStyle w:val="Heading2"/>
      </w:pPr>
      <w:r>
        <w:t>6 · Feeding &amp; medication summary (per pet)</w:t>
      </w:r>
    </w:p>
    <w:p>
      <w:r>
        <w:rPr>
          <w:b/>
        </w:rPr>
        <w:t xml:space="preserve">Pet name:  </w:t>
      </w:r>
      <w:r>
        <w:t>________________________________________</w:t>
      </w:r>
    </w:p>
    <w:p>
      <w:r>
        <w:rPr>
          <w:b/>
        </w:rPr>
        <w:t xml:space="preserve">Food type and quantity:  </w:t>
      </w:r>
      <w:r>
        <w:t>________________________________________</w:t>
      </w:r>
    </w:p>
    <w:p>
      <w:r>
        <w:rPr>
          <w:b/>
        </w:rPr>
        <w:t xml:space="preserve">Feeding time:  </w:t>
      </w:r>
      <w:r>
        <w:t>________________________________________</w:t>
      </w:r>
    </w:p>
    <w:p>
      <w:r>
        <w:rPr>
          <w:b/>
        </w:rPr>
        <w:t xml:space="preserve">Water instructions:  </w:t>
      </w:r>
      <w:r>
        <w:t>________________________________________</w:t>
      </w:r>
    </w:p>
    <w:p>
      <w:r>
        <w:rPr>
          <w:b/>
        </w:rPr>
        <w:t xml:space="preserve">Medication name:  </w:t>
      </w:r>
      <w:r>
        <w:t>________________________________________</w:t>
      </w:r>
    </w:p>
    <w:p>
      <w:r>
        <w:rPr>
          <w:b/>
        </w:rPr>
        <w:t xml:space="preserve">Client-provided dose:  </w:t>
      </w:r>
      <w:r>
        <w:t>________________________________________</w:t>
      </w:r>
    </w:p>
    <w:p>
      <w:r>
        <w:rPr>
          <w:b/>
        </w:rPr>
        <w:t xml:space="preserve">Administration time:  </w:t>
      </w:r>
      <w:r>
        <w:t>________________________________________</w:t>
      </w:r>
    </w:p>
    <w:p>
      <w:r>
        <w:rPr>
          <w:b/>
        </w:rPr>
        <w:t xml:space="preserve">Administration method:  </w:t>
      </w:r>
      <w:r>
        <w:t>________________________________________</w:t>
      </w:r>
    </w:p>
    <w:p>
      <w:pPr>
        <w:pStyle w:val="Heading2"/>
      </w:pPr>
      <w:r>
        <w:t>Missed / refused-dose instructions</w:t>
      </w:r>
    </w:p>
    <w:p>
      <w:r>
        <w:t>______________________________________________________________________</w:t>
      </w:r>
    </w:p>
    <w:p>
      <w:r>
        <w:t>______________________________________________________________________</w:t>
      </w:r>
    </w:p>
    <w:p>
      <w:pPr>
        <w:pStyle w:val="Heading2"/>
      </w:pPr>
      <w:r>
        <w:t>7 · Booking &amp; service needs</w:t>
      </w:r>
    </w:p>
    <w:p>
      <w:r>
        <w:rPr>
          <w:b/>
        </w:rPr>
        <w:t xml:space="preserve">Expected start date:  </w:t>
      </w:r>
      <w:r>
        <w:t>________________________________________</w:t>
      </w:r>
    </w:p>
    <w:p>
      <w:r>
        <w:rPr>
          <w:b/>
        </w:rPr>
        <w:t xml:space="preserve">Expected end date:  </w:t>
      </w:r>
      <w:r>
        <w:t>________________________________________</w:t>
      </w:r>
    </w:p>
    <w:p>
      <w:r>
        <w:rPr>
          <w:b/>
        </w:rPr>
        <w:t xml:space="preserve">Expected visits per day:  </w:t>
      </w:r>
      <w:r>
        <w:t>________________________________________</w:t>
      </w:r>
    </w:p>
    <w:p>
      <w:r>
        <w:rPr>
          <w:b/>
        </w:rPr>
        <w:t xml:space="preserve">Preferred visit window:  </w:t>
      </w:r>
      <w:r>
        <w:t>________________________________________</w:t>
      </w:r>
    </w:p>
    <w:p>
      <w:r>
        <w:rPr>
          <w:b/>
        </w:rPr>
        <w:t xml:space="preserve">Walk duration:  </w:t>
      </w:r>
      <w:r>
        <w:t>________________________________________</w:t>
      </w:r>
    </w:p>
    <w:p>
      <w:pPr>
        <w:pStyle w:val="Heading2"/>
      </w:pPr>
      <w:r>
        <w:t>Additional tasks requested</w:t>
      </w:r>
    </w:p>
    <w:p>
      <w:r>
        <w:t>☐  Feeding</w:t>
      </w:r>
    </w:p>
    <w:p>
      <w:r>
        <w:t>☐  Water refresh</w:t>
      </w:r>
    </w:p>
    <w:p>
      <w:r>
        <w:t>☐  Litter / toilet care</w:t>
      </w:r>
    </w:p>
    <w:p>
      <w:r>
        <w:t>☐  Medication administration</w:t>
      </w:r>
    </w:p>
    <w:p>
      <w:r>
        <w:t>☐  Plant watering</w:t>
      </w:r>
    </w:p>
    <w:p>
      <w:r>
        <w:t>☐  Mail collection</w:t>
      </w:r>
    </w:p>
    <w:p>
      <w:r>
        <w:t>☐  Other (note below)</w:t>
      </w:r>
    </w:p>
    <w:p>
      <w:pPr>
        <w:pStyle w:val="Heading2"/>
      </w:pPr>
      <w:r>
        <w:t>8 · Acknowledgement of information</w:t>
      </w:r>
    </w:p>
    <w:p>
      <w:r>
        <w:t>This is an information-gathering and operational record. It is not a contract, liability waiver, veterinary authorisation or substitute for separately agreed service terms.</w:t>
      </w:r>
    </w:p>
    <w:p>
      <w:r>
        <w:t>☐  The information supplied is accurate to the best of my knowledge</w:t>
      </w:r>
    </w:p>
    <w:p>
      <w:r>
        <w:t>☐  I will notify the business of changes to pet health, behaviour, medication or access arrangements</w:t>
      </w:r>
    </w:p>
    <w:p>
      <w:r>
        <w:t>☐  I acknowledge receipt of this intake information record</w:t>
      </w:r>
    </w:p>
    <w:p>
      <w:r>
        <w:rPr>
          <w:b/>
        </w:rPr>
        <w:t xml:space="preserve">Client name:  </w:t>
      </w:r>
      <w:r>
        <w:t>________________________________________</w:t>
      </w:r>
    </w:p>
    <w:p>
      <w:r>
        <w:rPr>
          <w:b/>
        </w:rPr>
        <w:t xml:space="preserve">Client signature:  </w:t>
      </w:r>
      <w:r>
        <w:t>________________________________________</w:t>
      </w:r>
    </w:p>
    <w:p>
      <w:r>
        <w:rPr>
          <w:b/>
        </w:rPr>
        <w:t xml:space="preserve">Date:  </w:t>
      </w:r>
      <w:r>
        <w:t>________________________________________</w:t>
      </w:r>
    </w:p>
    <w:p>
      <w:r>
        <w:rPr>
          <w:b/>
        </w:rPr>
        <w:t xml:space="preserve">Prepared by:  </w:t>
      </w:r>
      <w:r>
        <w:t>________________________________________</w:t>
      </w:r>
    </w:p>
    <w:p>
      <w:r>
        <w:rPr>
          <w:b/>
        </w:rPr>
        <w:t xml:space="preserve">Staff / sitter signature:  </w:t>
      </w:r>
      <w:r>
        <w:t>________________________________________</w:t>
      </w:r>
    </w:p>
    <w:p>
      <w:r>
        <w:rPr>
          <w:b/>
        </w:rPr>
        <w:t xml:space="preserve">Date:  </w:t>
      </w:r>
      <w:r>
        <w:t>________________________________________</w:t>
      </w:r>
    </w:p>
    <w:p>
      <w:r>
        <w:rPr>
          <w:color w:val="888888"/>
          <w:sz w:val="16"/>
        </w:rPr>
        <w:t>Free template from FormNest (formnest.pages.dev) — free for your own business use; please do not redistribute or resell.</w:t>
      </w:r>
    </w:p>
    <w:sectPr w:rsidR="00FC693F" w:rsidRPr="0006063C" w:rsidSect="00034616">
      <w:pgSz w:w="12240" w:h="15840"/>
      <w:pgMar w:top="1008" w:right="1152" w:bottom="1008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