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285B4A"/>
          <w:sz w:val="26"/>
        </w:rPr>
        <w:t>[Your Business Name]</w:t>
      </w:r>
    </w:p>
    <w:p>
      <w:pPr>
        <w:jc w:val="center"/>
      </w:pPr>
      <w:r>
        <w:rPr>
          <w:color w:val="666666"/>
          <w:sz w:val="18"/>
        </w:rPr>
        <w:t>[phone] · [email] · [address]</w:t>
      </w:r>
    </w:p>
    <w:p>
      <w:pPr>
        <w:pStyle w:val="Title"/>
      </w:pPr>
      <w:r>
        <w:rPr>
          <w:color w:val="285B4A"/>
        </w:rPr>
        <w:t>Pet Sitting Incident &amp; Emergency Record</w:t>
      </w:r>
    </w:p>
    <w:p>
      <w:r>
        <w:rPr>
          <w:i/>
          <w:sz w:val="20"/>
        </w:rPr>
        <w:t>For pet-sitting businesses — the factual, time-stamped record of anything unusual during a booking: what happened, what was done, who was told, and how it ended.</w:t>
      </w:r>
    </w:p>
    <w:p>
      <w:pPr>
        <w:pStyle w:val="Heading2"/>
      </w:pPr>
      <w:r>
        <w:t>Document details</w:t>
      </w:r>
    </w:p>
    <w:p>
      <w:r>
        <w:rPr>
          <w:b/>
        </w:rPr>
        <w:t xml:space="preserve">Incident reference number:  </w:t>
      </w:r>
      <w:r>
        <w:t>________________________________________</w:t>
      </w:r>
    </w:p>
    <w:p>
      <w:r>
        <w:rPr>
          <w:b/>
        </w:rPr>
        <w:t xml:space="preserve">Booking reference:  </w:t>
      </w:r>
      <w:r>
        <w:t>________________________________________</w:t>
      </w:r>
    </w:p>
    <w:p>
      <w:r>
        <w:rPr>
          <w:b/>
        </w:rPr>
        <w:t xml:space="preserve">Visit reference:  </w:t>
      </w:r>
      <w:r>
        <w:t>________________________________________</w:t>
      </w:r>
    </w:p>
    <w:p>
      <w:r>
        <w:rPr>
          <w:b/>
        </w:rPr>
        <w:t xml:space="preserve">Client name:  </w:t>
      </w:r>
      <w:r>
        <w:t>________________________________________</w:t>
      </w:r>
    </w:p>
    <w:p>
      <w:r>
        <w:rPr>
          <w:b/>
        </w:rPr>
        <w:t xml:space="preserve">Service address:  </w:t>
      </w:r>
      <w:r>
        <w:t>________________________________________</w:t>
      </w:r>
    </w:p>
    <w:p>
      <w:r>
        <w:rPr>
          <w:b/>
        </w:rPr>
        <w:t xml:space="preserve">Assigned sitter:  </w:t>
      </w:r>
      <w:r>
        <w:t>________________________________________</w:t>
      </w:r>
    </w:p>
    <w:p>
      <w:r>
        <w:rPr>
          <w:b/>
        </w:rPr>
        <w:t xml:space="preserve">Incident date:  </w:t>
      </w:r>
      <w:r>
        <w:t>________________________________________</w:t>
      </w:r>
    </w:p>
    <w:p>
      <w:r>
        <w:rPr>
          <w:b/>
        </w:rPr>
        <w:t xml:space="preserve">Record completion date:  </w:t>
      </w:r>
      <w:r>
        <w:t>________________________________________</w:t>
      </w:r>
    </w:p>
    <w:p>
      <w:pPr>
        <w:pStyle w:val="Heading2"/>
      </w:pPr>
      <w:r>
        <w:t>1 · Incident classification — type</w:t>
      </w:r>
    </w:p>
    <w:p>
      <w:r>
        <w:t>☐  Pet injury or illness</w:t>
      </w:r>
    </w:p>
    <w:p>
      <w:r>
        <w:t>☐  Medication error or refusal</w:t>
      </w:r>
    </w:p>
    <w:p>
      <w:r>
        <w:t>☐  Missing or escaped pet</w:t>
      </w:r>
    </w:p>
    <w:p>
      <w:r>
        <w:t>☐  Behaviour or bite incident</w:t>
      </w:r>
    </w:p>
    <w:p>
      <w:r>
        <w:t>☐  Home-access / security issue</w:t>
      </w:r>
    </w:p>
    <w:p>
      <w:r>
        <w:t>☐  Property damage</w:t>
      </w:r>
    </w:p>
    <w:p>
      <w:r>
        <w:t>☐  Unexpected animal behaviour</w:t>
      </w:r>
    </w:p>
    <w:p>
      <w:r>
        <w:t>☐  Veterinary emergency</w:t>
      </w:r>
    </w:p>
    <w:p>
      <w:r>
        <w:t>☐  Other</w:t>
      </w:r>
    </w:p>
    <w:p>
      <w:pPr>
        <w:pStyle w:val="Heading2"/>
      </w:pPr>
      <w:r>
        <w:t>Severity</w:t>
      </w:r>
    </w:p>
    <w:p>
      <w:r>
        <w:t>☐  Low</w:t>
      </w:r>
    </w:p>
    <w:p>
      <w:r>
        <w:t>☐  Moderate</w:t>
      </w:r>
    </w:p>
    <w:p>
      <w:r>
        <w:t>☐  Urgent</w:t>
      </w:r>
    </w:p>
    <w:p>
      <w:r>
        <w:t>☐  Emergency</w:t>
      </w:r>
    </w:p>
    <w:p>
      <w:r>
        <w:rPr>
          <w:b/>
        </w:rPr>
        <w:t xml:space="preserve">Pet(s) involved:  </w:t>
      </w:r>
      <w:r>
        <w:t>________________________________________</w:t>
      </w:r>
    </w:p>
    <w:p>
      <w:r>
        <w:rPr>
          <w:b/>
        </w:rPr>
        <w:t xml:space="preserve">Location of incident:  </w:t>
      </w:r>
      <w:r>
        <w:t>________________________________________</w:t>
      </w:r>
    </w:p>
    <w:p>
      <w:pPr>
        <w:pStyle w:val="Heading2"/>
      </w:pPr>
      <w:r>
        <w:t>Owner present</w:t>
      </w:r>
    </w:p>
    <w:p>
      <w:r>
        <w:t>☐  Yes</w:t>
      </w:r>
    </w:p>
    <w:p>
      <w:r>
        <w:t>☐  No</w:t>
      </w:r>
    </w:p>
    <w:p>
      <w:pPr>
        <w:pStyle w:val="Heading2"/>
      </w:pPr>
      <w:r>
        <w:t>2 · Event description</w:t>
      </w:r>
    </w:p>
    <w:p>
      <w:r>
        <w:rPr>
          <w:b/>
        </w:rPr>
        <w:t xml:space="preserve">Time discovered:  </w:t>
      </w:r>
      <w:r>
        <w:t>________________________________________</w:t>
      </w:r>
    </w:p>
    <w:p>
      <w:r>
        <w:rPr>
          <w:b/>
        </w:rPr>
        <w:t xml:space="preserve">Time event occurred (if known):  </w:t>
      </w:r>
      <w:r>
        <w:t>________________________________________</w:t>
      </w:r>
    </w:p>
    <w:p>
      <w:r>
        <w:rPr>
          <w:b/>
        </w:rPr>
        <w:t xml:space="preserve">Person who observed the event:  </w:t>
      </w:r>
      <w:r>
        <w:t>________________________________________</w:t>
      </w:r>
    </w:p>
    <w:p>
      <w:r>
        <w:rPr>
          <w:b/>
        </w:rPr>
        <w:t xml:space="preserve">Witnesses:  </w:t>
      </w:r>
      <w:r>
        <w:t>________________________________________</w:t>
      </w:r>
    </w:p>
    <w:p>
      <w:pPr>
        <w:pStyle w:val="Heading2"/>
      </w:pPr>
      <w:r>
        <w:t>What happened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Visible signs or symptoms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Immediate risks identified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3 · Immediate actions taken</w:t>
      </w:r>
    </w:p>
    <w:p>
      <w:r>
        <w:rPr>
          <w:b/>
        </w:rPr>
        <w:t xml:space="preserve">Time action started:  </w:t>
      </w:r>
      <w:r>
        <w:t>________________________________________</w:t>
      </w:r>
    </w:p>
    <w:p>
      <w:r>
        <w:rPr>
          <w:b/>
        </w:rPr>
        <w:t xml:space="preserve">Person taking action:  </w:t>
      </w:r>
      <w:r>
        <w:t>________________________________________</w:t>
      </w:r>
    </w:p>
    <w:p>
      <w:pPr>
        <w:pStyle w:val="Heading2"/>
      </w:pPr>
      <w:r>
        <w:t>Action taken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r>
        <w:t>☐  Pet secured / supervised</w:t>
      </w:r>
    </w:p>
    <w:p>
      <w:r>
        <w:t>☐  Emergency assistance requested</w:t>
      </w:r>
    </w:p>
    <w:p>
      <w:pPr>
        <w:pStyle w:val="Heading2"/>
      </w:pPr>
      <w:r>
        <w:t>Other immediate measures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4 · Veterinary contact record</w:t>
      </w:r>
    </w:p>
    <w:p>
      <w:r>
        <w:rPr>
          <w:b/>
        </w:rPr>
        <w:t xml:space="preserve">Veterinary clinic / hospital contacted:  </w:t>
      </w:r>
      <w:r>
        <w:t>________________________________________</w:t>
      </w:r>
    </w:p>
    <w:p>
      <w:r>
        <w:rPr>
          <w:b/>
        </w:rPr>
        <w:t xml:space="preserve">Phone number:  </w:t>
      </w:r>
      <w:r>
        <w:t>________________________________________</w:t>
      </w:r>
    </w:p>
    <w:p>
      <w:r>
        <w:rPr>
          <w:b/>
        </w:rPr>
        <w:t xml:space="preserve">Contact time:  </w:t>
      </w:r>
      <w:r>
        <w:t>________________________________________</w:t>
      </w:r>
    </w:p>
    <w:p>
      <w:r>
        <w:rPr>
          <w:b/>
        </w:rPr>
        <w:t xml:space="preserve">Person contacted:  </w:t>
      </w:r>
      <w:r>
        <w:t>________________________________________</w:t>
      </w:r>
    </w:p>
    <w:p>
      <w:r>
        <w:rPr>
          <w:b/>
        </w:rPr>
        <w:t xml:space="preserve">Transport time (if transported):  </w:t>
      </w:r>
      <w:r>
        <w:t>________________________________________</w:t>
      </w:r>
    </w:p>
    <w:p>
      <w:r>
        <w:rPr>
          <w:b/>
        </w:rPr>
        <w:t xml:space="preserve">Person accompanying pet:  </w:t>
      </w:r>
      <w:r>
        <w:t>________________________________________</w:t>
      </w:r>
    </w:p>
    <w:p>
      <w:r>
        <w:rPr>
          <w:b/>
        </w:rPr>
        <w:t xml:space="preserve">Veterinary visit / case reference:  </w:t>
      </w:r>
      <w:r>
        <w:t>________________________________________</w:t>
      </w:r>
    </w:p>
    <w:p>
      <w:pPr>
        <w:pStyle w:val="Heading2"/>
      </w:pPr>
      <w:r>
        <w:t>Was the pet transported</w:t>
      </w:r>
    </w:p>
    <w:p>
      <w:r>
        <w:t>☐  Yes</w:t>
      </w:r>
    </w:p>
    <w:p>
      <w:r>
        <w:t>☐  No</w:t>
      </w:r>
    </w:p>
    <w:p>
      <w:pPr>
        <w:pStyle w:val="Heading2"/>
      </w:pPr>
      <w:r>
        <w:t>Advice / instructions received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Follow-up instructions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5 · Owner notification</w:t>
      </w:r>
    </w:p>
    <w:p>
      <w:r>
        <w:rPr>
          <w:b/>
        </w:rPr>
        <w:t xml:space="preserve">Notification time:  </w:t>
      </w:r>
      <w:r>
        <w:t>________________________________________</w:t>
      </w:r>
    </w:p>
    <w:p>
      <w:r>
        <w:rPr>
          <w:b/>
        </w:rPr>
        <w:t xml:space="preserve">Person notified:  </w:t>
      </w:r>
      <w:r>
        <w:t>________________________________________</w:t>
      </w:r>
    </w:p>
    <w:p>
      <w:r>
        <w:rPr>
          <w:b/>
        </w:rPr>
        <w:t xml:space="preserve">Response received time:  </w:t>
      </w:r>
      <w:r>
        <w:t>________________________________________</w:t>
      </w:r>
    </w:p>
    <w:p>
      <w:r>
        <w:rPr>
          <w:b/>
        </w:rPr>
        <w:t xml:space="preserve">Secondary contact name / time:  </w:t>
      </w:r>
      <w:r>
        <w:t>________________________________________</w:t>
      </w:r>
    </w:p>
    <w:p>
      <w:pPr>
        <w:pStyle w:val="Heading2"/>
      </w:pPr>
      <w:r>
        <w:t>Owner contacted</w:t>
      </w:r>
    </w:p>
    <w:p>
      <w:r>
        <w:t>☐  Yes</w:t>
      </w:r>
    </w:p>
    <w:p>
      <w:r>
        <w:t>☐  No</w:t>
      </w:r>
    </w:p>
    <w:p>
      <w:pPr>
        <w:pStyle w:val="Heading2"/>
      </w:pPr>
      <w:r>
        <w:t>Contact method</w:t>
      </w:r>
    </w:p>
    <w:p>
      <w:r>
        <w:t>☐  Phone</w:t>
      </w:r>
    </w:p>
    <w:p>
      <w:r>
        <w:t>☐  Text</w:t>
      </w:r>
    </w:p>
    <w:p>
      <w:r>
        <w:t>☐  Email</w:t>
      </w:r>
    </w:p>
    <w:p>
      <w:r>
        <w:t>☐  Other</w:t>
      </w:r>
    </w:p>
    <w:p>
      <w:pPr>
        <w:pStyle w:val="Heading2"/>
      </w:pPr>
      <w:r>
        <w:t>Secondary contact notified</w:t>
      </w:r>
    </w:p>
    <w:p>
      <w:r>
        <w:t>☐  Yes</w:t>
      </w:r>
    </w:p>
    <w:p>
      <w:r>
        <w:t>☐  No</w:t>
      </w:r>
    </w:p>
    <w:p>
      <w:pPr>
        <w:pStyle w:val="Heading2"/>
      </w:pPr>
      <w:r>
        <w:t>Owner's instructions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6 · Outcome &amp; resolution — final pet condition / status known to sitter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Veterinary outcome (if confirmed)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r>
        <w:rPr>
          <w:b/>
        </w:rPr>
        <w:t xml:space="preserve">Follow-up appointment / instruction:  </w:t>
      </w:r>
      <w:r>
        <w:t>________________________________________</w:t>
      </w:r>
    </w:p>
    <w:p>
      <w:r>
        <w:rPr>
          <w:b/>
        </w:rPr>
        <w:t xml:space="preserve">Incident resolved date / time:  </w:t>
      </w:r>
      <w:r>
        <w:t>________________________________________</w:t>
      </w:r>
    </w:p>
    <w:p>
      <w:r>
        <w:rPr>
          <w:b/>
        </w:rPr>
        <w:t xml:space="preserve">Person responsible for follow-up:  </w:t>
      </w:r>
      <w:r>
        <w:t>________________________________________</w:t>
      </w:r>
    </w:p>
    <w:p>
      <w:r>
        <w:t>☐  Pet returned to agreed care arrangements</w:t>
      </w:r>
    </w:p>
    <w:p>
      <w:r>
        <w:t>☐  Additional monitoring required</w:t>
      </w:r>
    </w:p>
    <w:p>
      <w:pPr>
        <w:pStyle w:val="Heading2"/>
      </w:pPr>
      <w:r>
        <w:t>Outstanding action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r>
        <w:t>This is an operational incident record. It records observations, communications and actions taken. It does not replace veterinary assessment, emergency procedures, insurance reporting or any legally required incident documentation.</w:t>
      </w:r>
    </w:p>
    <w:p>
      <w:pPr>
        <w:pStyle w:val="Heading2"/>
      </w:pPr>
      <w:r>
        <w:t>7 · Record acknowledgement</w:t>
      </w:r>
    </w:p>
    <w:p>
      <w:r>
        <w:rPr>
          <w:b/>
        </w:rPr>
        <w:t xml:space="preserve">Report completed by:  </w:t>
      </w:r>
      <w:r>
        <w:t>________________________________________</w:t>
      </w:r>
    </w:p>
    <w:p>
      <w:r>
        <w:rPr>
          <w:b/>
        </w:rPr>
        <w:t xml:space="preserve">Sitter signature:  </w:t>
      </w:r>
      <w:r>
        <w:t>________________________________________</w:t>
      </w:r>
    </w:p>
    <w:p>
      <w:r>
        <w:rPr>
          <w:b/>
        </w:rPr>
        <w:t xml:space="preserve">Date / time completed:  </w:t>
      </w:r>
      <w:r>
        <w:t>________________________________________</w:t>
      </w:r>
    </w:p>
    <w:p>
      <w:r>
        <w:rPr>
          <w:b/>
        </w:rPr>
        <w:t xml:space="preserve">Manager / owner review:  </w:t>
      </w:r>
      <w:r>
        <w:t>________________________________________</w:t>
      </w:r>
    </w:p>
    <w:p>
      <w:r>
        <w:rPr>
          <w:b/>
        </w:rPr>
        <w:t xml:space="preserve">Reviewer signature:  </w:t>
      </w:r>
      <w:r>
        <w:t>________________________________________</w:t>
      </w:r>
    </w:p>
    <w:p>
      <w:r>
        <w:rPr>
          <w:b/>
        </w:rPr>
        <w:t xml:space="preserve">Review date:  </w:t>
      </w:r>
      <w:r>
        <w:t>________________________________________</w:t>
      </w:r>
    </w:p>
    <w:p>
      <w:r>
        <w:rPr>
          <w:b/>
        </w:rPr>
        <w:t xml:space="preserve">Client acknowledgement of receipt (optional):  </w:t>
      </w:r>
      <w:r>
        <w:t>________________________________________</w:t>
      </w:r>
    </w:p>
    <w:p>
      <w:r>
        <w:rPr>
          <w:b/>
        </w:rPr>
        <w:t xml:space="preserve">Client acknowledgement date:  </w:t>
      </w:r>
      <w:r>
        <w:t>________________________________________</w:t>
      </w:r>
    </w:p>
    <w:p>
      <w:r>
        <w:rPr>
          <w:color w:val="888888"/>
          <w:sz w:val="16"/>
        </w:rPr>
        <w:t>Free template from FormNest (formnest.pages.dev) — free for your own business use; please do not redistribute or resell.</w:t>
      </w: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