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Sitting Booking &amp; Visit Schedule</w:t>
      </w:r>
    </w:p>
    <w:p>
      <w:r>
        <w:rPr>
          <w:i/>
          <w:sz w:val="20"/>
        </w:rPr>
        <w:t>For pet-sitting businesses — the master schedule for one booking: every visit dated, referenced, assigned and marked complete only when it has actually happened.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Client reference:  </w:t>
      </w:r>
      <w:r>
        <w:t>________________________________________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Assigned sitter:  </w:t>
      </w:r>
      <w:r>
        <w:t>________________________________________</w:t>
      </w:r>
    </w:p>
    <w:p>
      <w:r>
        <w:rPr>
          <w:b/>
        </w:rPr>
        <w:t xml:space="preserve">Schedule prepared date:  </w:t>
      </w:r>
      <w:r>
        <w:t>________________________________________</w:t>
      </w:r>
    </w:p>
    <w:p>
      <w:pPr>
        <w:pStyle w:val="Heading2"/>
      </w:pPr>
      <w:r>
        <w:t>1 · Booking summary</w:t>
      </w:r>
    </w:p>
    <w:p>
      <w:r>
        <w:rPr>
          <w:b/>
        </w:rPr>
        <w:t xml:space="preserve">Booking start date:  </w:t>
      </w:r>
      <w:r>
        <w:t>________________________________________</w:t>
      </w:r>
    </w:p>
    <w:p>
      <w:r>
        <w:rPr>
          <w:b/>
        </w:rPr>
        <w:t xml:space="preserve">Booking end date:  </w:t>
      </w:r>
      <w:r>
        <w:t>________________________________________</w:t>
      </w:r>
    </w:p>
    <w:p>
      <w:r>
        <w:rPr>
          <w:b/>
        </w:rPr>
        <w:t xml:space="preserve">Number of pets:  </w:t>
      </w:r>
      <w:r>
        <w:t>________________________________________</w:t>
      </w:r>
    </w:p>
    <w:p>
      <w:r>
        <w:rPr>
          <w:b/>
        </w:rPr>
        <w:t xml:space="preserve">Pet names:  </w:t>
      </w:r>
      <w:r>
        <w:t>________________________________________</w:t>
      </w:r>
    </w:p>
    <w:p>
      <w:r>
        <w:rPr>
          <w:b/>
        </w:rPr>
        <w:t xml:space="preserve">Visits per day:  </w:t>
      </w:r>
      <w:r>
        <w:t>________________________________________</w:t>
      </w:r>
    </w:p>
    <w:p>
      <w:r>
        <w:rPr>
          <w:b/>
        </w:rPr>
        <w:t xml:space="preserve">Total scheduled visits:  </w:t>
      </w:r>
      <w:r>
        <w:t>________________________________________</w:t>
      </w:r>
    </w:p>
    <w:p>
      <w:r>
        <w:rPr>
          <w:b/>
        </w:rPr>
        <w:t xml:space="preserve">Visit duration:  </w:t>
      </w:r>
      <w:r>
        <w:t>________________________________________</w:t>
      </w:r>
    </w:p>
    <w:p>
      <w:r>
        <w:rPr>
          <w:b/>
        </w:rPr>
        <w:t xml:space="preserve">Agreed visit window:  </w:t>
      </w:r>
      <w:r>
        <w:t>________________________________________</w:t>
      </w:r>
    </w:p>
    <w:p>
      <w:r>
        <w:rPr>
          <w:b/>
        </w:rPr>
        <w:t xml:space="preserve">Rate per visit ($):  </w:t>
      </w:r>
      <w:r>
        <w:t>________________________________________</w:t>
      </w:r>
    </w:p>
    <w:p>
      <w:r>
        <w:rPr>
          <w:b/>
        </w:rPr>
        <w:t xml:space="preserve">Booking subtotal ($):  </w:t>
      </w:r>
      <w:r>
        <w:t>________________________________________</w:t>
      </w:r>
    </w:p>
    <w:p>
      <w:pPr>
        <w:pStyle w:val="Heading2"/>
      </w:pPr>
      <w:r>
        <w:t>Special booking notes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2 · Visit grid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354"/>
        <w:gridCol w:w="1354"/>
        <w:gridCol w:w="1354"/>
        <w:gridCol w:w="1354"/>
        <w:gridCol w:w="1354"/>
        <w:gridCol w:w="1354"/>
        <w:gridCol w:w="1354"/>
        <w:gridCol w:w="1354"/>
        <w:gridCol w:w="1354"/>
        <w:gridCol w:w="1354"/>
      </w:tblGrid>
      <w:tr>
        <w:tc>
          <w:tcPr>
            <w:tcW w:type="dxa" w:w="1354"/>
          </w:tcPr>
          <w:p>
            <w:r/>
            <w:r>
              <w:rPr>
                <w:b/>
              </w:rPr>
              <w:t>Day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Date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Visit ref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Scheduled arrival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Scheduled departure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Sitter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Status (scheduled / completed / rescheduled / cancelled)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Report card completed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Report card sent</w:t>
            </w:r>
          </w:p>
        </w:tc>
        <w:tc>
          <w:tcPr>
            <w:tcW w:type="dxa" w:w="1354"/>
          </w:tcPr>
          <w:p>
            <w:r/>
            <w:r>
              <w:rPr>
                <w:b/>
              </w:rPr>
              <w:t>Notes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  <w:tc>
          <w:tcPr>
            <w:tcW w:type="dxa" w:w="1354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3 · Booking instructions</w:t>
      </w:r>
    </w:p>
    <w:p>
      <w:r>
        <w:rPr>
          <w:b/>
        </w:rPr>
        <w:t xml:space="preserve">Access reference:  </w:t>
      </w:r>
      <w:r>
        <w:t>________________________________________</w:t>
      </w:r>
    </w:p>
    <w:p>
      <w:r>
        <w:rPr>
          <w:b/>
        </w:rPr>
        <w:t xml:space="preserve">Alarm reference:  </w:t>
      </w:r>
      <w:r>
        <w:t>________________________________________</w:t>
      </w:r>
    </w:p>
    <w:p>
      <w:r>
        <w:rPr>
          <w:b/>
        </w:rPr>
        <w:t xml:space="preserve">Care-instruction revision:  </w:t>
      </w:r>
      <w:r>
        <w:t>________________________________________</w:t>
      </w:r>
    </w:p>
    <w:p>
      <w:r>
        <w:rPr>
          <w:b/>
        </w:rPr>
        <w:t xml:space="preserve">Emergency contact:  </w:t>
      </w:r>
      <w:r>
        <w:t>________________________________________</w:t>
      </w:r>
    </w:p>
    <w:p>
      <w:pPr>
        <w:pStyle w:val="Heading2"/>
      </w:pPr>
      <w:r>
        <w:t>Client communication preference</w:t>
      </w:r>
    </w:p>
    <w:p>
      <w:r>
        <w:t>☐  Text</w:t>
      </w:r>
    </w:p>
    <w:p>
      <w:r>
        <w:t>☐  Email</w:t>
      </w:r>
    </w:p>
    <w:p>
      <w:r>
        <w:t>☐  Phone</w:t>
      </w:r>
    </w:p>
    <w:p>
      <w:pPr>
        <w:pStyle w:val="Heading2"/>
      </w:pPr>
      <w:r>
        <w:t>Special scheduling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4 · Schedule confirmation</w:t>
      </w:r>
    </w:p>
    <w:p>
      <w:r>
        <w:t>☐  Client confirmed this schedule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Client name / signature:  </w:t>
      </w:r>
      <w:r>
        <w:t>________________________________________</w:t>
      </w:r>
    </w:p>
    <w:p>
      <w:r>
        <w:rPr>
          <w:b/>
        </w:rPr>
        <w:t xml:space="preserve">Date confirmed:  </w:t>
      </w:r>
      <w:r>
        <w:t>________________________________________</w:t>
      </w:r>
    </w:p>
    <w:p>
      <w:r>
        <w:rPr>
          <w:b/>
        </w:rPr>
        <w:t xml:space="preserve">Schedule revision / 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5840" w:h="12240" w:orient="landscape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