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Pet Sitter Visit Report Card</w:t>
      </w:r>
    </w:p>
    <w:p>
      <w:r>
        <w:rPr>
          <w:i/>
          <w:sz w:val="20"/>
        </w:rPr>
        <w:t>For pet sitters and dog walkers — the short record completed after each visit and sent to the client. One card per visit.</w:t>
      </w:r>
    </w:p>
    <w:p>
      <w:pPr>
        <w:pStyle w:val="Heading2"/>
      </w:pPr>
      <w:r>
        <w:t>Visit details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Booking reference:  </w:t>
      </w:r>
      <w:r>
        <w:t>________________________________________</w:t>
      </w:r>
    </w:p>
    <w:p>
      <w:r>
        <w:rPr>
          <w:b/>
        </w:rPr>
        <w:t xml:space="preserve">Visit reference:  </w:t>
      </w:r>
      <w:r>
        <w:t>________________________________________</w:t>
      </w:r>
    </w:p>
    <w:p>
      <w:r>
        <w:rPr>
          <w:b/>
        </w:rPr>
        <w:t xml:space="preserve">Visit date:  </w:t>
      </w:r>
      <w:r>
        <w:t>________________________________________</w:t>
      </w:r>
    </w:p>
    <w:p>
      <w:r>
        <w:rPr>
          <w:b/>
        </w:rPr>
        <w:t xml:space="preserve">Assigned sitter:  </w:t>
      </w:r>
      <w:r>
        <w:t>________________________________________</w:t>
      </w:r>
    </w:p>
    <w:p>
      <w:pPr>
        <w:pStyle w:val="Heading2"/>
      </w:pPr>
      <w:r>
        <w:t>1 · Visit timing</w:t>
      </w:r>
    </w:p>
    <w:p>
      <w:r>
        <w:rPr>
          <w:b/>
        </w:rPr>
        <w:t xml:space="preserve">Arrival time:  </w:t>
      </w:r>
      <w:r>
        <w:t>________________________________________</w:t>
      </w:r>
    </w:p>
    <w:p>
      <w:r>
        <w:rPr>
          <w:b/>
        </w:rPr>
        <w:t xml:space="preserve">Departure time:  </w:t>
      </w:r>
      <w:r>
        <w:t>________________________________________</w:t>
      </w:r>
    </w:p>
    <w:p>
      <w:r>
        <w:rPr>
          <w:b/>
        </w:rPr>
        <w:t xml:space="preserve">Total visit duration:  </w:t>
      </w:r>
      <w:r>
        <w:t>________________________________________</w:t>
      </w:r>
    </w:p>
    <w:p>
      <w:r>
        <w:t>☐  Entry completed</w:t>
      </w:r>
    </w:p>
    <w:p>
      <w:r>
        <w:t>☐  Exit completed</w:t>
      </w:r>
    </w:p>
    <w:p>
      <w:pPr>
        <w:pStyle w:val="Heading2"/>
      </w:pPr>
      <w:r>
        <w:t>2 · Dog care — feeding &amp; walk</w:t>
      </w:r>
    </w:p>
    <w:p>
      <w:r>
        <w:t>☐  Food provided</w:t>
      </w:r>
    </w:p>
    <w:p>
      <w:r>
        <w:t>☐  Fresh water provided</w:t>
      </w:r>
    </w:p>
    <w:p>
      <w:r>
        <w:t>☐  Walk completed</w:t>
      </w:r>
    </w:p>
    <w:p>
      <w:r>
        <w:t>☐  Harness and leash checked after the walk</w:t>
      </w:r>
    </w:p>
    <w:p>
      <w:r>
        <w:rPr>
          <w:b/>
        </w:rPr>
        <w:t xml:space="preserve">Food amount given:  </w:t>
      </w:r>
      <w:r>
        <w:t>________________________________________</w:t>
      </w:r>
    </w:p>
    <w:p>
      <w:r>
        <w:rPr>
          <w:b/>
        </w:rPr>
        <w:t xml:space="preserve">Walk duration (minutes):  </w:t>
      </w:r>
      <w:r>
        <w:t>________________________________________</w:t>
      </w:r>
    </w:p>
    <w:p>
      <w:pPr>
        <w:pStyle w:val="Heading2"/>
      </w:pPr>
      <w:r>
        <w:t>Dog's condition</w:t>
      </w:r>
    </w:p>
    <w:p>
      <w:r>
        <w:t>☐  Normal</w:t>
      </w:r>
    </w:p>
    <w:p>
      <w:r>
        <w:t>☐  Unusually tired</w:t>
      </w:r>
    </w:p>
    <w:p>
      <w:r>
        <w:t>☐  Anxious</w:t>
      </w:r>
    </w:p>
    <w:p>
      <w:r>
        <w:t>☐  Other (note below)</w:t>
      </w:r>
    </w:p>
    <w:p>
      <w:pPr>
        <w:pStyle w:val="Heading2"/>
      </w:pPr>
      <w:r>
        <w:t>Dog-care notes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3 · Cat care</w:t>
      </w:r>
    </w:p>
    <w:p>
      <w:r>
        <w:t>☐  Food provided</w:t>
      </w:r>
    </w:p>
    <w:p>
      <w:r>
        <w:t>☐  Fresh water refreshed</w:t>
      </w:r>
    </w:p>
    <w:p>
      <w:r>
        <w:t>☐  Litter tray scooped</w:t>
      </w:r>
    </w:p>
    <w:p>
      <w:r>
        <w:t>☐  Medication due</w:t>
      </w:r>
    </w:p>
    <w:p>
      <w:r>
        <w:rPr>
          <w:b/>
        </w:rPr>
        <w:t xml:space="preserve">Food amount given:  </w:t>
      </w:r>
      <w:r>
        <w:t>________________________________________</w:t>
      </w:r>
    </w:p>
    <w:p>
      <w:pPr>
        <w:pStyle w:val="Heading2"/>
      </w:pPr>
      <w:r>
        <w:t>Medication administered</w:t>
      </w:r>
    </w:p>
    <w:p>
      <w:r>
        <w:t>☐  Given</w:t>
      </w:r>
    </w:p>
    <w:p>
      <w:r>
        <w:t>☐  Refused</w:t>
      </w:r>
    </w:p>
    <w:p>
      <w:r>
        <w:t>☐  Not given</w:t>
      </w:r>
    </w:p>
    <w:p>
      <w:r>
        <w:t>☐  Not due</w:t>
      </w:r>
    </w:p>
    <w:p>
      <w:r>
        <w:rPr>
          <w:b/>
        </w:rPr>
        <w:t xml:space="preserve">Medication time:  </w:t>
      </w:r>
      <w:r>
        <w:t>________________________________________</w:t>
      </w:r>
    </w:p>
    <w:p>
      <w:pPr>
        <w:pStyle w:val="Heading2"/>
      </w:pPr>
      <w:r>
        <w:t>Medication note</w:t>
      </w:r>
    </w:p>
    <w:p>
      <w:r>
        <w:t>______________________________________________________________________</w:t>
      </w:r>
    </w:p>
    <w:p>
      <w:pPr>
        <w:pStyle w:val="Heading2"/>
      </w:pPr>
      <w:r>
        <w:t>4 · Home &amp; safety check</w:t>
      </w:r>
    </w:p>
    <w:p>
      <w:r>
        <w:t>☐  Doors and windows checked as instructed</w:t>
      </w:r>
    </w:p>
    <w:p>
      <w:r>
        <w:t>☐  Alarm set as instructed</w:t>
      </w:r>
    </w:p>
    <w:p>
      <w:r>
        <w:t>☐  Key secured / returned to designated location</w:t>
      </w:r>
    </w:p>
    <w:p>
      <w:r>
        <w:t>☐  Home left in agreed condition</w:t>
      </w:r>
    </w:p>
    <w:p>
      <w:pPr>
        <w:pStyle w:val="Heading2"/>
      </w:pPr>
      <w:r>
        <w:t>Any unusual home condition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5 · Photo &amp; owner communication</w:t>
      </w:r>
    </w:p>
    <w:p>
      <w:r>
        <w:t>☐  Photo taken</w:t>
      </w:r>
    </w:p>
    <w:p>
      <w:r>
        <w:t>☐  Photo sent to owner</w:t>
      </w:r>
    </w:p>
    <w:p>
      <w:r>
        <w:t>☐  Follow-up needed</w:t>
      </w:r>
    </w:p>
    <w:p>
      <w:r>
        <w:rPr>
          <w:b/>
        </w:rPr>
        <w:t xml:space="preserve">Photo description / attachment reference:  </w:t>
      </w:r>
      <w:r>
        <w:t>________________________________________</w:t>
      </w:r>
    </w:p>
    <w:p>
      <w:pPr>
        <w:pStyle w:val="Heading2"/>
      </w:pPr>
      <w:r>
        <w:t>Sitter's note to the owner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Follow-up details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Completion</w:t>
      </w:r>
    </w:p>
    <w:p>
      <w:r>
        <w:rPr>
          <w:b/>
        </w:rPr>
        <w:t xml:space="preserve">Sitter initials:  </w:t>
      </w:r>
      <w:r>
        <w:t>________________________________________</w:t>
      </w:r>
    </w:p>
    <w:p>
      <w:r>
        <w:rPr>
          <w:b/>
        </w:rPr>
        <w:t xml:space="preserve">Report sent to client at (time):  </w:t>
      </w:r>
      <w:r>
        <w:t>________________________________________</w:t>
      </w:r>
    </w:p>
    <w:p>
      <w:r>
        <w:rPr>
          <w:b/>
        </w:rPr>
        <w:t xml:space="preserve">Client acknowledgement (optional):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