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Pet Care Instructions Sheet</w:t>
      </w:r>
    </w:p>
    <w:p>
      <w:r>
        <w:rPr>
          <w:i/>
          <w:sz w:val="20"/>
        </w:rPr>
        <w:t>For pet-sitting businesses — the sitter-ready handover sheet prepared from the intake: routines per pet, a dated medication record, and access instructions by reference.</w:t>
      </w:r>
    </w:p>
    <w:p>
      <w:pPr>
        <w:pStyle w:val="Heading2"/>
      </w:pPr>
      <w:r>
        <w:t>Document details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Booking reference: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Booking start date:  </w:t>
      </w:r>
      <w:r>
        <w:t>________________________________________</w:t>
      </w:r>
    </w:p>
    <w:p>
      <w:r>
        <w:rPr>
          <w:b/>
        </w:rPr>
        <w:t xml:space="preserve">Booking end date:  </w:t>
      </w:r>
      <w:r>
        <w:t>________________________________________</w:t>
      </w:r>
    </w:p>
    <w:p>
      <w:r>
        <w:rPr>
          <w:b/>
        </w:rPr>
        <w:t xml:space="preserve">Assigned sitter:  </w:t>
      </w:r>
      <w:r>
        <w:t>________________________________________</w:t>
      </w:r>
    </w:p>
    <w:p>
      <w:r>
        <w:rPr>
          <w:b/>
        </w:rPr>
        <w:t xml:space="preserve">Prepared date:  </w:t>
      </w:r>
      <w:r>
        <w:t>________________________________________</w:t>
      </w:r>
    </w:p>
    <w:p>
      <w:r>
        <w:rPr>
          <w:b/>
        </w:rPr>
        <w:t xml:space="preserve">Revision number:  </w:t>
      </w:r>
      <w:r>
        <w:t>________________________________________</w:t>
      </w:r>
    </w:p>
    <w:p>
      <w:pPr>
        <w:pStyle w:val="Heading2"/>
      </w:pPr>
      <w:r>
        <w:t>1 · Emergency contacts</w:t>
      </w:r>
    </w:p>
    <w:p>
      <w:r>
        <w:rPr>
          <w:b/>
        </w:rPr>
        <w:t xml:space="preserve">Client name &amp; primary phone:  </w:t>
      </w:r>
      <w:r>
        <w:t>________________________________________</w:t>
      </w:r>
    </w:p>
    <w:p>
      <w:r>
        <w:rPr>
          <w:b/>
        </w:rPr>
        <w:t xml:space="preserve">Secondary emergency contact &amp; phone:  </w:t>
      </w:r>
      <w:r>
        <w:t>________________________________________</w:t>
      </w:r>
    </w:p>
    <w:p>
      <w:r>
        <w:rPr>
          <w:b/>
        </w:rPr>
        <w:t xml:space="preserve">Regular veterinary clinic &amp; phone:  </w:t>
      </w:r>
      <w:r>
        <w:t>________________________________________</w:t>
      </w:r>
    </w:p>
    <w:p>
      <w:r>
        <w:rPr>
          <w:b/>
        </w:rPr>
        <w:t xml:space="preserve">Emergency veterinary hospital &amp; phone:  </w:t>
      </w:r>
      <w:r>
        <w:t>________________________________________</w:t>
      </w:r>
    </w:p>
    <w:p>
      <w:r>
        <w:rPr>
          <w:b/>
        </w:rPr>
        <w:t xml:space="preserve">Business emergency contact:  </w:t>
      </w:r>
      <w:r>
        <w:t>________________________________________</w:t>
      </w:r>
    </w:p>
    <w:p>
      <w:pPr>
        <w:pStyle w:val="Heading2"/>
      </w:pPr>
      <w:r>
        <w:t>Escalation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2 · Pet identification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87"/>
        <w:gridCol w:w="1987"/>
        <w:gridCol w:w="1987"/>
        <w:gridCol w:w="1987"/>
        <w:gridCol w:w="1987"/>
      </w:tblGrid>
      <w:tr>
        <w:tc>
          <w:tcPr>
            <w:tcW w:type="dxa" w:w="1987"/>
          </w:tcPr>
          <w:p>
            <w:r/>
            <w:r>
              <w:rPr>
                <w:b/>
              </w:rPr>
              <w:t>Pet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Type / breed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Age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Weight</w:t>
            </w:r>
          </w:p>
        </w:tc>
        <w:tc>
          <w:tcPr>
            <w:tcW w:type="dxa" w:w="1987"/>
          </w:tcPr>
          <w:p>
            <w:r/>
            <w:r>
              <w:rPr>
                <w:b/>
              </w:rPr>
              <w:t>Temperament &amp; handling warnings</w:t>
            </w:r>
          </w:p>
        </w:tc>
      </w:tr>
      <w:tr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  <w:tr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  <w:tc>
          <w:tcPr>
            <w:tcW w:type="dxa" w:w="1987"/>
          </w:tcPr>
          <w:p>
            <w:r/>
          </w:p>
        </w:tc>
      </w:tr>
    </w:tbl>
    <w:p>
      <w:pPr>
        <w:pStyle w:val="Heading2"/>
      </w:pPr>
      <w:r>
        <w:t>3 · Per-pet routine grid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242"/>
        <w:gridCol w:w="1242"/>
        <w:gridCol w:w="1242"/>
        <w:gridCol w:w="1242"/>
        <w:gridCol w:w="1242"/>
        <w:gridCol w:w="1242"/>
        <w:gridCol w:w="1242"/>
        <w:gridCol w:w="1242"/>
      </w:tblGrid>
      <w:tr>
        <w:tc>
          <w:tcPr>
            <w:tcW w:type="dxa" w:w="1242"/>
          </w:tcPr>
          <w:p>
            <w:r/>
            <w:r>
              <w:rPr>
                <w:b/>
              </w:rPr>
              <w:t>Pet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Food &amp; quantity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Feeding time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Water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Exercise / walk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Toilet / litter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Medication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Other instructions</w:t>
            </w:r>
          </w:p>
        </w:tc>
      </w:tr>
      <w:tr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</w:tr>
      <w:tr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  <w:tc>
          <w:tcPr>
            <w:tcW w:type="dxa" w:w="1242"/>
          </w:tcPr>
          <w:p>
            <w:r/>
          </w:p>
        </w:tc>
      </w:tr>
    </w:tbl>
    <w:p>
      <w:pPr>
        <w:pStyle w:val="Heading2"/>
      </w:pPr>
      <w:r>
        <w:t>4 · Medication administration record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242"/>
        <w:gridCol w:w="1242"/>
        <w:gridCol w:w="1242"/>
        <w:gridCol w:w="1242"/>
        <w:gridCol w:w="1242"/>
        <w:gridCol w:w="1242"/>
        <w:gridCol w:w="1242"/>
        <w:gridCol w:w="1242"/>
      </w:tblGrid>
      <w:tr>
        <w:tc>
          <w:tcPr>
            <w:tcW w:type="dxa" w:w="1242"/>
          </w:tcPr>
          <w:p>
            <w:r/>
            <w:r>
              <w:rPr>
                <w:b/>
              </w:rPr>
              <w:t>Date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Pet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Medication &amp; dose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Time due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Time given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Result (given / refused / not given)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Initials</w:t>
            </w:r>
          </w:p>
        </w:tc>
        <w:tc>
          <w:tcPr>
            <w:tcW w:type="dxa" w:w="1242"/>
          </w:tcPr>
          <w:p>
            <w:r/>
            <w:r>
              <w:rPr>
                <w:b/>
              </w:rPr>
              <w:t>Notes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  <w:tr>
        <w:trPr>
          <w:trHeight w:val="461"/>
        </w:trPr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  <w:tc>
          <w:tcPr>
            <w:tcW w:type="dxa" w:w="1242"/>
          </w:tcPr>
          <w:p>
            <w:r>
              <w:t xml:space="preserve"> </w:t>
            </w:r>
          </w:p>
        </w:tc>
      </w:tr>
    </w:tbl>
    <w:p>
      <w:pPr>
        <w:pStyle w:val="Heading2"/>
      </w:pPr>
      <w:r>
        <w:t>5 · Home access &amp; security — access method</w:t>
      </w:r>
    </w:p>
    <w:p>
      <w:r>
        <w:t>☐  Key</w:t>
      </w:r>
    </w:p>
    <w:p>
      <w:r>
        <w:t>☐  Lockbox</w:t>
      </w:r>
    </w:p>
    <w:p>
      <w:r>
        <w:t>☐  Client present</w:t>
      </w:r>
    </w:p>
    <w:p>
      <w:r>
        <w:t>☐  Other</w:t>
      </w:r>
    </w:p>
    <w:p>
      <w:r>
        <w:rPr>
          <w:b/>
        </w:rPr>
        <w:t xml:space="preserve">Key reference:  </w:t>
      </w:r>
      <w:r>
        <w:t>________________________________________</w:t>
      </w:r>
    </w:p>
    <w:p>
      <w:r>
        <w:rPr>
          <w:b/>
        </w:rPr>
        <w:t xml:space="preserve">Alarm instruction reference:  </w:t>
      </w:r>
      <w:r>
        <w:t>________________________________________</w:t>
      </w:r>
    </w:p>
    <w:p>
      <w:r>
        <w:rPr>
          <w:b/>
        </w:rPr>
        <w:t xml:space="preserve">Parking instructions:  </w:t>
      </w:r>
      <w:r>
        <w:t>________________________________________</w:t>
      </w:r>
    </w:p>
    <w:p>
      <w:r>
        <w:rPr>
          <w:b/>
        </w:rPr>
        <w:t xml:space="preserve">Doors / windows to check:  </w:t>
      </w:r>
      <w:r>
        <w:t>________________________________________</w:t>
      </w:r>
    </w:p>
    <w:p>
      <w:r>
        <w:rPr>
          <w:b/>
        </w:rPr>
        <w:t xml:space="preserve">Restricted rooms / areas:  </w:t>
      </w:r>
      <w:r>
        <w:t>________________________________________</w:t>
      </w:r>
    </w:p>
    <w:p>
      <w:r>
        <w:rPr>
          <w:b/>
        </w:rPr>
        <w:t xml:space="preserve">Key storage instructions:  </w:t>
      </w:r>
      <w:r>
        <w:t>________________________________________</w:t>
      </w:r>
    </w:p>
    <w:p>
      <w:pPr>
        <w:pStyle w:val="Heading2"/>
      </w:pPr>
      <w:r>
        <w:t>Entry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Exit instructions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Full alarm codes must not appear on this document. Keep the actual code in the business's restricted access record, and refer to it here by its reference only.</w:t>
      </w:r>
    </w:p>
    <w:p>
      <w:pPr>
        <w:pStyle w:val="Heading2"/>
      </w:pPr>
      <w:r>
        <w:t>6 · Visit completion checklist</w:t>
      </w:r>
    </w:p>
    <w:p>
      <w:r>
        <w:t>☐  Feed all pets</w:t>
      </w:r>
    </w:p>
    <w:p>
      <w:r>
        <w:t>☐  Refresh water</w:t>
      </w:r>
    </w:p>
    <w:p>
      <w:r>
        <w:t>☐  Complete walk / exercise</w:t>
      </w:r>
    </w:p>
    <w:p>
      <w:r>
        <w:t>☐  Complete litter / toilet tasks</w:t>
      </w:r>
    </w:p>
    <w:p>
      <w:r>
        <w:t>☐  Check scheduled medication</w:t>
      </w:r>
    </w:p>
    <w:p>
      <w:r>
        <w:t>☐  Secure the home</w:t>
      </w:r>
    </w:p>
    <w:p>
      <w:r>
        <w:t>☐  Send the visit report card</w:t>
      </w:r>
    </w:p>
    <w:p>
      <w:pPr>
        <w:pStyle w:val="Heading2"/>
      </w:pPr>
      <w:r>
        <w:t>7 · Handover confirmation</w:t>
      </w:r>
    </w:p>
    <w:p>
      <w:r>
        <w:rPr>
          <w:b/>
        </w:rPr>
        <w:t xml:space="preserve">Prepared by:  </w:t>
      </w:r>
      <w:r>
        <w:t>________________________________________</w:t>
      </w:r>
    </w:p>
    <w:p>
      <w:r>
        <w:rPr>
          <w:b/>
        </w:rPr>
        <w:t xml:space="preserve">Sitter receiving instructions:  </w:t>
      </w:r>
      <w:r>
        <w:t>________________________________________</w:t>
      </w:r>
    </w:p>
    <w:p>
      <w:r>
        <w:rPr>
          <w:b/>
        </w:rPr>
        <w:t xml:space="preserve">Sitter acknowledgement signature:  </w:t>
      </w:r>
      <w:r>
        <w:t>________________________________________</w:t>
      </w:r>
    </w:p>
    <w:p>
      <w:r>
        <w:rPr>
          <w:b/>
        </w:rPr>
        <w:t xml:space="preserve">Date received:  </w:t>
      </w:r>
      <w:r>
        <w:t>________________________________________</w:t>
      </w:r>
    </w:p>
    <w:p>
      <w:r>
        <w:rPr>
          <w:b/>
        </w:rPr>
        <w:t xml:space="preserve">Client-approved instruction source / 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