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Move-Out Cleaning Checklist</w:t>
      </w:r>
    </w:p>
    <w:p>
      <w:r>
        <w:rPr>
          <w:i/>
          <w:sz w:val="20"/>
        </w:rPr>
        <w:t>For cleaning businesses — the room-by-room standard for an end-of-tenancy clean, with a walkthrough record.</w:t>
      </w:r>
    </w:p>
    <w:p>
      <w:pPr>
        <w:pStyle w:val="Heading2"/>
      </w:pPr>
      <w:r>
        <w:t>Job details</w:t>
      </w:r>
    </w:p>
    <w:p>
      <w:r>
        <w:rPr>
          <w:b/>
        </w:rPr>
        <w:t xml:space="preserve">Property address:  </w:t>
      </w:r>
      <w:r>
        <w:t>________________________________________</w:t>
      </w:r>
    </w:p>
    <w:p>
      <w:r>
        <w:rPr>
          <w:b/>
        </w:rPr>
        <w:t xml:space="preserve">Client / agent:  </w:t>
      </w:r>
      <w:r>
        <w:t>________________________________________</w:t>
      </w:r>
    </w:p>
    <w:p>
      <w:r>
        <w:rPr>
          <w:b/>
        </w:rPr>
        <w:t xml:space="preserve">Clean date:  </w:t>
      </w:r>
      <w:r>
        <w:t>________________________________________</w:t>
      </w:r>
    </w:p>
    <w:p>
      <w:r>
        <w:rPr>
          <w:b/>
        </w:rPr>
        <w:t xml:space="preserve">Cleaner / team:  </w:t>
      </w:r>
      <w:r>
        <w:t>________________________________________</w:t>
      </w:r>
    </w:p>
    <w:p>
      <w:r>
        <w:rPr>
          <w:b/>
        </w:rPr>
        <w:t xml:space="preserve">Keys received (yes / no — from whom):  </w:t>
      </w:r>
      <w:r>
        <w:t>________________________________________</w:t>
      </w:r>
    </w:p>
    <w:p>
      <w:r>
        <w:rPr>
          <w:b/>
        </w:rPr>
        <w:t xml:space="preserve">Keys returned (yes / no — to whom):  </w:t>
      </w:r>
      <w:r>
        <w:t>________________________________________</w:t>
      </w:r>
    </w:p>
    <w:p>
      <w:pPr>
        <w:pStyle w:val="Heading2"/>
      </w:pPr>
      <w:r>
        <w:t>Kitchen</w:t>
      </w:r>
    </w:p>
    <w:p>
      <w:r>
        <w:t>☐  Inside oven cleaned</w:t>
      </w:r>
    </w:p>
    <w:p>
      <w:r>
        <w:t>☐  Inside fridge cleaned and emptied</w:t>
      </w:r>
    </w:p>
    <w:p>
      <w:r>
        <w:t>☐  Cabinets and drawers — inside and out</w:t>
      </w:r>
    </w:p>
    <w:p>
      <w:r>
        <w:t>☐  Countertops and backsplash</w:t>
      </w:r>
    </w:p>
    <w:p>
      <w:r>
        <w:t>☐  Sink and taps descaled</w:t>
      </w:r>
    </w:p>
    <w:p>
      <w:r>
        <w:t>☐  Rangehood filters degreased</w:t>
      </w:r>
    </w:p>
    <w:p>
      <w:r>
        <w:t>☐  Floor washed</w:t>
      </w:r>
    </w:p>
    <w:p>
      <w:pPr>
        <w:pStyle w:val="Heading2"/>
      </w:pPr>
      <w:r>
        <w:t>Bathrooms</w:t>
      </w:r>
    </w:p>
    <w:p>
      <w:r>
        <w:t>☐  Shower / bath descaled</w:t>
      </w:r>
    </w:p>
    <w:p>
      <w:r>
        <w:t>☐  Toilet cleaned and disinfected</w:t>
      </w:r>
    </w:p>
    <w:p>
      <w:r>
        <w:t>☐  Mirrors and glass polished</w:t>
      </w:r>
    </w:p>
    <w:p>
      <w:r>
        <w:t>☐  Cabinets — inside and out</w:t>
      </w:r>
    </w:p>
    <w:p>
      <w:r>
        <w:t>☐  Exhaust fan cover wiped</w:t>
      </w:r>
    </w:p>
    <w:p>
      <w:r>
        <w:t>☐  Floor washed</w:t>
      </w:r>
    </w:p>
    <w:p>
      <w:pPr>
        <w:pStyle w:val="Heading2"/>
      </w:pPr>
      <w:r>
        <w:t>Bedrooms &amp; living areas</w:t>
      </w:r>
    </w:p>
    <w:p>
      <w:r>
        <w:t>☐  Closets and wardrobes — inside</w:t>
      </w:r>
    </w:p>
    <w:p>
      <w:r>
        <w:t>☐  Baseboards wiped</w:t>
      </w:r>
    </w:p>
    <w:p>
      <w:r>
        <w:t>☐  Interior windows and tracks</w:t>
      </w:r>
    </w:p>
    <w:p>
      <w:r>
        <w:t>☐  Light fixtures and ceiling fans</w:t>
      </w:r>
    </w:p>
    <w:p>
      <w:r>
        <w:t>☐  Walls spot-cleaned</w:t>
      </w:r>
    </w:p>
    <w:p>
      <w:r>
        <w:t>☐  Light switches and handles wiped</w:t>
      </w:r>
    </w:p>
    <w:p>
      <w:pPr>
        <w:pStyle w:val="Heading2"/>
      </w:pPr>
      <w:r>
        <w:t>Whole property</w:t>
      </w:r>
    </w:p>
    <w:p>
      <w:r>
        <w:t>☐  All rubbish removed</w:t>
      </w:r>
    </w:p>
    <w:p>
      <w:r>
        <w:t>☐  Carpets vacuumed / hard floors mopped</w:t>
      </w:r>
    </w:p>
    <w:p>
      <w:r>
        <w:t>☐  Blinds or curtains dusted</w:t>
      </w:r>
    </w:p>
    <w:p>
      <w:r>
        <w:t>☐  Laundry sink and taps cleaned</w:t>
      </w:r>
    </w:p>
    <w:p>
      <w:r>
        <w:t>☐  Garage / porch swept (if included)</w:t>
      </w:r>
    </w:p>
    <w:p>
      <w:pPr>
        <w:pStyle w:val="Heading2"/>
      </w:pPr>
      <w:r>
        <w:t>Final walkthrough record</w:t>
      </w:r>
    </w:p>
    <w:p>
      <w:r>
        <w:rPr>
          <w:b/>
        </w:rPr>
        <w:t xml:space="preserve">Photos taken (yes / no):  </w:t>
      </w:r>
      <w:r>
        <w:t>________________________________________</w:t>
      </w:r>
    </w:p>
    <w:p>
      <w:r>
        <w:rPr>
          <w:b/>
        </w:rPr>
        <w:t xml:space="preserve">Damage or issues noted:  </w:t>
      </w:r>
      <w:r>
        <w:t>________________________________________</w:t>
      </w:r>
    </w:p>
    <w:p>
      <w:r>
        <w:rPr>
          <w:b/>
        </w:rPr>
        <w:t xml:space="preserve">Meter reading (if requested):  </w:t>
      </w:r>
      <w:r>
        <w:t>________________________________________</w:t>
      </w:r>
    </w:p>
    <w:p>
      <w:r>
        <w:rPr>
          <w:b/>
        </w:rPr>
        <w:t xml:space="preserve">Walkthrough completed with (name):  </w:t>
      </w:r>
      <w:r>
        <w:t>________________________________________</w:t>
      </w:r>
    </w:p>
    <w:p>
      <w:pPr>
        <w:pStyle w:val="Heading2"/>
      </w:pPr>
      <w:r>
        <w:t>Sign-off</w:t>
      </w:r>
    </w:p>
    <w:p>
      <w:r>
        <w:rPr>
          <w:b/>
        </w:rPr>
        <w:t xml:space="preserve">Cleaner signature:  </w:t>
      </w:r>
      <w:r>
        <w:t>________________________________________</w:t>
      </w:r>
    </w:p>
    <w:p>
      <w:r>
        <w:rPr>
          <w:b/>
        </w:rPr>
        <w:t xml:space="preserve">Client / agent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