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House Cleaning Checklist — Per Visit</w:t>
      </w:r>
    </w:p>
    <w:p>
      <w:r>
        <w:rPr>
          <w:i/>
          <w:sz w:val="20"/>
        </w:rPr>
        <w:t>For cleaning businesses — the recurring-visit standard, with rotation tasks and a visit record.</w:t>
      </w:r>
    </w:p>
    <w:p>
      <w:pPr>
        <w:pStyle w:val="Heading2"/>
      </w:pPr>
      <w:r>
        <w:t>Visit details</w:t>
      </w:r>
    </w:p>
    <w:p>
      <w:r>
        <w:rPr>
          <w:b/>
        </w:rPr>
        <w:t xml:space="preserve">Client:  </w:t>
      </w:r>
      <w:r>
        <w:t>________________________________________</w:t>
      </w:r>
    </w:p>
    <w:p>
      <w:r>
        <w:rPr>
          <w:b/>
        </w:rPr>
        <w:t xml:space="preserve">Service address:  </w:t>
      </w:r>
      <w:r>
        <w:t>________________________________________</w:t>
      </w:r>
    </w:p>
    <w:p>
      <w:r>
        <w:rPr>
          <w:b/>
        </w:rPr>
        <w:t xml:space="preserve">Visit date:  </w:t>
      </w:r>
      <w:r>
        <w:t>________________________________________</w:t>
      </w:r>
    </w:p>
    <w:p>
      <w:r>
        <w:rPr>
          <w:b/>
        </w:rPr>
        <w:t xml:space="preserve">Cleaner:  </w:t>
      </w:r>
      <w:r>
        <w:t>________________________________________</w:t>
      </w:r>
    </w:p>
    <w:p>
      <w:r>
        <w:rPr>
          <w:b/>
        </w:rPr>
        <w:t xml:space="preserve">Time in:  </w:t>
      </w:r>
      <w:r>
        <w:t>________________________________________</w:t>
      </w:r>
    </w:p>
    <w:p>
      <w:r>
        <w:rPr>
          <w:b/>
        </w:rPr>
        <w:t xml:space="preserve">Time out:  </w:t>
      </w:r>
      <w:r>
        <w:t>________________________________________</w:t>
      </w:r>
    </w:p>
    <w:p>
      <w:pPr>
        <w:pStyle w:val="Heading2"/>
      </w:pPr>
      <w:r>
        <w:t>Kitchen</w:t>
      </w:r>
    </w:p>
    <w:p>
      <w:r>
        <w:t>☐  Counters wiped</w:t>
      </w:r>
    </w:p>
    <w:p>
      <w:r>
        <w:t>☐  Sink cleaned</w:t>
      </w:r>
    </w:p>
    <w:p>
      <w:r>
        <w:t>☐  Appliance exteriors wiped</w:t>
      </w:r>
    </w:p>
    <w:p>
      <w:r>
        <w:t>☐  Stovetop cleaned</w:t>
      </w:r>
    </w:p>
    <w:p>
      <w:r>
        <w:t>☐  Microwave — inside</w:t>
      </w:r>
    </w:p>
    <w:p>
      <w:r>
        <w:t>☐  Floor swept and mopped</w:t>
      </w:r>
    </w:p>
    <w:p>
      <w:r>
        <w:t>☐  Bin emptied</w:t>
      </w:r>
    </w:p>
    <w:p>
      <w:pPr>
        <w:pStyle w:val="Heading2"/>
      </w:pPr>
      <w:r>
        <w:t>Bathrooms</w:t>
      </w:r>
    </w:p>
    <w:p>
      <w:r>
        <w:t>☐  Toilet cleaned</w:t>
      </w:r>
    </w:p>
    <w:p>
      <w:r>
        <w:t>☐  Shower / bath cleaned</w:t>
      </w:r>
    </w:p>
    <w:p>
      <w:r>
        <w:t>☐  Mirrors polished</w:t>
      </w:r>
    </w:p>
    <w:p>
      <w:r>
        <w:t>☐  Counters and sinks</w:t>
      </w:r>
    </w:p>
    <w:p>
      <w:r>
        <w:t>☐  Floor mopped</w:t>
      </w:r>
    </w:p>
    <w:p>
      <w:r>
        <w:t>☐  Bin emptied</w:t>
      </w:r>
    </w:p>
    <w:p>
      <w:r>
        <w:t>☐  Towels changed (if left out)</w:t>
      </w:r>
    </w:p>
    <w:p>
      <w:pPr>
        <w:pStyle w:val="Heading2"/>
      </w:pPr>
      <w:r>
        <w:t>Bedrooms</w:t>
      </w:r>
    </w:p>
    <w:p>
      <w:r>
        <w:t>☐  Bed made / linens changed (as agreed)</w:t>
      </w:r>
    </w:p>
    <w:p>
      <w:r>
        <w:t>☐  Surfaces dusted</w:t>
      </w:r>
    </w:p>
    <w:p>
      <w:r>
        <w:t>☐  Floor vacuumed / mopped</w:t>
      </w:r>
    </w:p>
    <w:p>
      <w:r>
        <w:t>☐  Mirrors wiped</w:t>
      </w:r>
    </w:p>
    <w:p>
      <w:pPr>
        <w:pStyle w:val="Heading2"/>
      </w:pPr>
      <w:r>
        <w:t>Living areas</w:t>
      </w:r>
    </w:p>
    <w:p>
      <w:r>
        <w:t>☐  Surfaces dusted</w:t>
      </w:r>
    </w:p>
    <w:p>
      <w:r>
        <w:t>☐  Cushions straightened</w:t>
      </w:r>
    </w:p>
    <w:p>
      <w:r>
        <w:t>☐  Floor vacuumed / mopped</w:t>
      </w:r>
    </w:p>
    <w:p>
      <w:r>
        <w:t>☐  Glass spots wiped</w:t>
      </w:r>
    </w:p>
    <w:p>
      <w:pPr>
        <w:pStyle w:val="Heading2"/>
      </w:pPr>
      <w:r>
        <w:t>This visit</w:t>
      </w:r>
    </w:p>
    <w:p>
      <w:r>
        <w:rPr>
          <w:b/>
        </w:rPr>
        <w:t xml:space="preserve">Rotation task completed this visit:  </w:t>
      </w:r>
      <w:r>
        <w:t>________________________________________</w:t>
      </w:r>
    </w:p>
    <w:p>
      <w:r>
        <w:rPr>
          <w:b/>
        </w:rPr>
        <w:t xml:space="preserve">Client requests completed:  </w:t>
      </w:r>
      <w:r>
        <w:t>________________________________________</w:t>
      </w:r>
    </w:p>
    <w:p>
      <w:r>
        <w:rPr>
          <w:b/>
        </w:rPr>
        <w:t xml:space="preserve">Issues to report:  </w:t>
      </w:r>
      <w:r>
        <w:t>________________________________________</w:t>
      </w:r>
    </w:p>
    <w:p>
      <w:pPr>
        <w:pStyle w:val="Heading2"/>
      </w:pPr>
      <w:r>
        <w:t>Sign-off</w:t>
      </w:r>
    </w:p>
    <w:p>
      <w:r>
        <w:rPr>
          <w:b/>
        </w:rPr>
        <w:t xml:space="preserve">Cleaner signature:  </w:t>
      </w:r>
      <w:r>
        <w:t>________________________________________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