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color w:val="285B4A"/>
          <w:sz w:val="26"/>
        </w:rPr>
        <w:t>[Your Business Name]</w:t>
      </w:r>
    </w:p>
    <w:p>
      <w:pPr>
        <w:jc w:val="center"/>
      </w:pPr>
      <w:r>
        <w:rPr>
          <w:color w:val="666666"/>
          <w:sz w:val="18"/>
        </w:rPr>
        <w:t>[phone] · [email] · [address]</w:t>
      </w:r>
    </w:p>
    <w:p>
      <w:pPr>
        <w:pStyle w:val="Title"/>
      </w:pPr>
      <w:r>
        <w:rPr>
          <w:color w:val="285B4A"/>
        </w:rPr>
        <w:t>Deep Cleaning Checklist</w:t>
      </w:r>
    </w:p>
    <w:p>
      <w:r>
        <w:rPr>
          <w:i/>
          <w:sz w:val="20"/>
        </w:rPr>
        <w:t>For cleaning businesses — the full-detail standard for a first or one-off deep clean.</w:t>
      </w:r>
    </w:p>
    <w:p>
      <w:pPr>
        <w:pStyle w:val="Heading2"/>
      </w:pPr>
      <w:r>
        <w:t>Job details</w:t>
      </w:r>
    </w:p>
    <w:p>
      <w:r>
        <w:rPr>
          <w:b/>
        </w:rPr>
        <w:t xml:space="preserve">Client:  </w:t>
      </w:r>
      <w:r>
        <w:t>________________________________________</w:t>
      </w:r>
    </w:p>
    <w:p>
      <w:r>
        <w:rPr>
          <w:b/>
        </w:rPr>
        <w:t xml:space="preserve">Service address:  </w:t>
      </w:r>
      <w:r>
        <w:t>________________________________________</w:t>
      </w:r>
    </w:p>
    <w:p>
      <w:r>
        <w:rPr>
          <w:b/>
        </w:rPr>
        <w:t xml:space="preserve">Date:  </w:t>
      </w:r>
      <w:r>
        <w:t>________________________________________</w:t>
      </w:r>
    </w:p>
    <w:p>
      <w:r>
        <w:rPr>
          <w:b/>
        </w:rPr>
        <w:t xml:space="preserve">Cleaner / team:  </w:t>
      </w:r>
      <w:r>
        <w:t>________________________________________</w:t>
      </w:r>
    </w:p>
    <w:p>
      <w:pPr>
        <w:pStyle w:val="Heading2"/>
      </w:pPr>
      <w:r>
        <w:t>Kitchen — deep</w:t>
      </w:r>
    </w:p>
    <w:p>
      <w:r>
        <w:t>☐  Inside oven</w:t>
      </w:r>
    </w:p>
    <w:p>
      <w:r>
        <w:t>☐  Inside fridge</w:t>
      </w:r>
    </w:p>
    <w:p>
      <w:r>
        <w:t>☐  Inside microwave</w:t>
      </w:r>
    </w:p>
    <w:p>
      <w:r>
        <w:t>☐  Cabinet fronts and handles</w:t>
      </w:r>
    </w:p>
    <w:p>
      <w:r>
        <w:t>☐  Rangehood and filters</w:t>
      </w:r>
    </w:p>
    <w:p>
      <w:r>
        <w:t>☐  Backsplash and grout lines</w:t>
      </w:r>
    </w:p>
    <w:p>
      <w:r>
        <w:t>☐  Sink descaled</w:t>
      </w:r>
    </w:p>
    <w:p>
      <w:r>
        <w:t>☐  Small appliances wiped</w:t>
      </w:r>
    </w:p>
    <w:p>
      <w:r>
        <w:t>☐  Floor edges and corners</w:t>
      </w:r>
    </w:p>
    <w:p>
      <w:pPr>
        <w:pStyle w:val="Heading2"/>
      </w:pPr>
      <w:r>
        <w:t>Bathrooms — deep</w:t>
      </w:r>
    </w:p>
    <w:p>
      <w:r>
        <w:t>☐  Shower grout scrubbed</w:t>
      </w:r>
    </w:p>
    <w:p>
      <w:r>
        <w:t>☐  Glass descaled</w:t>
      </w:r>
    </w:p>
    <w:p>
      <w:r>
        <w:t>☐  Toilet — bowl, base and behind</w:t>
      </w:r>
    </w:p>
    <w:p>
      <w:r>
        <w:t>☐  Exhaust fan cover</w:t>
      </w:r>
    </w:p>
    <w:p>
      <w:r>
        <w:t>☐  Cabinets — inside and out</w:t>
      </w:r>
    </w:p>
    <w:p>
      <w:r>
        <w:t>☐  Mirrors polished</w:t>
      </w:r>
    </w:p>
    <w:p>
      <w:r>
        <w:t>☐  Light fixtures wiped</w:t>
      </w:r>
    </w:p>
    <w:p>
      <w:pPr>
        <w:pStyle w:val="Heading2"/>
      </w:pPr>
      <w:r>
        <w:t>Bedrooms &amp; living areas — deep</w:t>
      </w:r>
    </w:p>
    <w:p>
      <w:r>
        <w:t>☐  Baseboards wiped</w:t>
      </w:r>
    </w:p>
    <w:p>
      <w:r>
        <w:t>☐  Ceiling fans dusted</w:t>
      </w:r>
    </w:p>
    <w:p>
      <w:r>
        <w:t>☐  Light fixtures</w:t>
      </w:r>
    </w:p>
    <w:p>
      <w:r>
        <w:t>☐  Blinds dusted</w:t>
      </w:r>
    </w:p>
    <w:p>
      <w:r>
        <w:t>☐  Window tracks cleaned</w:t>
      </w:r>
    </w:p>
    <w:p>
      <w:r>
        <w:t>☐  Door frames and handles</w:t>
      </w:r>
    </w:p>
    <w:p>
      <w:r>
        <w:t>☐  Under / behind movable furniture</w:t>
      </w:r>
    </w:p>
    <w:p>
      <w:r>
        <w:t>☐  Vents wiped</w:t>
      </w:r>
    </w:p>
    <w:p>
      <w:pPr>
        <w:pStyle w:val="Heading2"/>
      </w:pPr>
      <w:r>
        <w:t>Whole home</w:t>
      </w:r>
    </w:p>
    <w:p>
      <w:r>
        <w:t>☐  Interior windows</w:t>
      </w:r>
    </w:p>
    <w:p>
      <w:r>
        <w:t>☐  Cobwebs removed</w:t>
      </w:r>
    </w:p>
    <w:p>
      <w:r>
        <w:t>☐  Walls spot-cleaned</w:t>
      </w:r>
    </w:p>
    <w:p>
      <w:r>
        <w:t>☐  Skirting / baseboard detail throughout</w:t>
      </w:r>
    </w:p>
    <w:p>
      <w:pPr>
        <w:pStyle w:val="Heading2"/>
      </w:pPr>
      <w:r>
        <w:t>Visit record</w:t>
      </w:r>
    </w:p>
    <w:p>
      <w:r>
        <w:rPr>
          <w:b/>
        </w:rPr>
        <w:t xml:space="preserve">Supplies / equipment checked before leaving (list):  </w:t>
      </w:r>
      <w:r>
        <w:t>________________________________________</w:t>
      </w:r>
    </w:p>
    <w:p>
      <w:r>
        <w:rPr>
          <w:b/>
        </w:rPr>
        <w:t xml:space="preserve">Time in:  </w:t>
      </w:r>
      <w:r>
        <w:t>________________________________________</w:t>
      </w:r>
    </w:p>
    <w:p>
      <w:r>
        <w:rPr>
          <w:b/>
        </w:rPr>
        <w:t xml:space="preserve">Time out:  </w:t>
      </w:r>
      <w:r>
        <w:t>________________________________________</w:t>
      </w:r>
    </w:p>
    <w:p>
      <w:r>
        <w:rPr>
          <w:b/>
        </w:rPr>
        <w:t xml:space="preserve">Issues or incomplete items (note):  </w:t>
      </w:r>
      <w:r>
        <w:t>________________________________________</w:t>
      </w:r>
    </w:p>
    <w:p>
      <w:pPr>
        <w:pStyle w:val="Heading2"/>
      </w:pPr>
      <w:r>
        <w:t>Sign-off</w:t>
      </w:r>
    </w:p>
    <w:p>
      <w:r>
        <w:rPr>
          <w:b/>
        </w:rPr>
        <w:t xml:space="preserve">Cleaner signature:  </w:t>
      </w:r>
      <w:r>
        <w:t>________________________________________</w:t>
      </w:r>
    </w:p>
    <w:p>
      <w:r>
        <w:rPr>
          <w:b/>
        </w:rPr>
        <w:t xml:space="preserve">Client signature (if present):  </w:t>
      </w:r>
      <w:r>
        <w:t>________________________________________</w:t>
      </w:r>
    </w:p>
    <w:p>
      <w:r>
        <w:rPr>
          <w:b/>
        </w:rPr>
        <w:t xml:space="preserve">Date:  </w:t>
      </w:r>
      <w:r>
        <w:t>________________________________________</w:t>
      </w:r>
    </w:p>
    <w:p>
      <w:r>
        <w:rPr>
          <w:color w:val="888888"/>
          <w:sz w:val="16"/>
        </w:rPr>
        <w:t>Free template from FormNest (formnest.pages.dev) — free for your own business use; please do not redistribute or resell.</w:t>
      </w:r>
    </w:p>
    <w:sectPr w:rsidR="00FC693F" w:rsidRPr="0006063C" w:rsidSect="00034616"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