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285B4A"/>
          <w:sz w:val="26"/>
        </w:rPr>
        <w:t>[Your Business Name]</w:t>
      </w:r>
    </w:p>
    <w:p>
      <w:pPr>
        <w:jc w:val="center"/>
      </w:pPr>
      <w:r>
        <w:rPr>
          <w:color w:val="666666"/>
          <w:sz w:val="18"/>
        </w:rPr>
        <w:t>[phone] · [email] · [address]</w:t>
      </w:r>
    </w:p>
    <w:p>
      <w:pPr>
        <w:pStyle w:val="Title"/>
      </w:pPr>
      <w:r>
        <w:rPr>
          <w:color w:val="285B4A"/>
        </w:rPr>
        <w:t>Cleaning Service Work Order</w:t>
      </w:r>
    </w:p>
    <w:p>
      <w:r>
        <w:rPr>
          <w:i/>
          <w:sz w:val="20"/>
        </w:rPr>
        <w:t>For cleaning businesses — turns an accepted estimate into a scheduled, assigned, completable job.</w:t>
      </w:r>
    </w:p>
    <w:p>
      <w:pPr>
        <w:pStyle w:val="Heading2"/>
      </w:pPr>
      <w:r>
        <w:t>Work order details</w:t>
      </w:r>
    </w:p>
    <w:p>
      <w:r>
        <w:rPr>
          <w:b/>
        </w:rPr>
        <w:t xml:space="preserve">Work order no.:  </w:t>
      </w:r>
      <w:r>
        <w:t>________________________________________</w:t>
      </w:r>
    </w:p>
    <w:p>
      <w:r>
        <w:rPr>
          <w:b/>
        </w:rPr>
        <w:t xml:space="preserve">Date issued:  </w:t>
      </w:r>
      <w:r>
        <w:t>________________________________________</w:t>
      </w:r>
    </w:p>
    <w:p>
      <w:r>
        <w:rPr>
          <w:b/>
        </w:rPr>
        <w:t xml:space="preserve">Linked estimate no.:  </w:t>
      </w:r>
      <w:r>
        <w:t>________________________________________</w:t>
      </w:r>
    </w:p>
    <w:p>
      <w:pPr>
        <w:pStyle w:val="Heading2"/>
      </w:pPr>
      <w:r>
        <w:t>Client &amp; job</w:t>
      </w:r>
    </w:p>
    <w:p>
      <w:r>
        <w:rPr>
          <w:b/>
        </w:rPr>
        <w:t xml:space="preserve">Client name:  </w:t>
      </w:r>
      <w:r>
        <w:t>________________________________________</w:t>
      </w:r>
    </w:p>
    <w:p>
      <w:r>
        <w:rPr>
          <w:b/>
        </w:rPr>
        <w:t xml:space="preserve">Service address:  </w:t>
      </w:r>
      <w:r>
        <w:t>________________________________________</w:t>
      </w:r>
    </w:p>
    <w:p>
      <w:r>
        <w:rPr>
          <w:b/>
        </w:rPr>
        <w:t xml:space="preserve">Phone:  </w:t>
      </w:r>
      <w:r>
        <w:t>________________________________________</w:t>
      </w:r>
    </w:p>
    <w:p>
      <w:r>
        <w:rPr>
          <w:b/>
        </w:rPr>
        <w:t xml:space="preserve">Scheduled date:  </w:t>
      </w:r>
      <w:r>
        <w:t>________________________________________</w:t>
      </w:r>
    </w:p>
    <w:p>
      <w:r>
        <w:rPr>
          <w:b/>
        </w:rPr>
        <w:t xml:space="preserve">Arrival window:  </w:t>
      </w:r>
      <w:r>
        <w:t>________________________________________</w:t>
      </w:r>
    </w:p>
    <w:p>
      <w:r>
        <w:rPr>
          <w:b/>
        </w:rPr>
        <w:t xml:space="preserve">Team / cleaner assigned:  </w:t>
      </w:r>
      <w:r>
        <w:t>________________________________________</w:t>
      </w:r>
    </w:p>
    <w:p>
      <w:pPr>
        <w:pStyle w:val="Heading2"/>
      </w:pPr>
      <w:r>
        <w:t>Scope (from the accepted estimate)</w:t>
      </w:r>
    </w:p>
    <w:p>
      <w:r>
        <w:rPr>
          <w:b/>
        </w:rPr>
        <w:t xml:space="preserve">Service type:  </w:t>
      </w:r>
      <w:r>
        <w:t>________________________________________</w:t>
      </w:r>
    </w:p>
    <w:p>
      <w:r>
        <w:rPr>
          <w:b/>
        </w:rPr>
        <w:t xml:space="preserve">Rooms / areas included:  </w:t>
      </w:r>
      <w:r>
        <w:t>________________________________________</w:t>
      </w:r>
    </w:p>
    <w:p>
      <w:r>
        <w:rPr>
          <w:b/>
        </w:rPr>
        <w:t xml:space="preserve">Add-ons included:  </w:t>
      </w:r>
      <w:r>
        <w:t>________________________________________</w:t>
      </w:r>
    </w:p>
    <w:p>
      <w:pPr>
        <w:pStyle w:val="Heading2"/>
      </w:pPr>
      <w:r>
        <w:t>Tasks for this visit</w:t>
      </w:r>
    </w:p>
    <w:p>
      <w:r>
        <w:t>☐  Full clean per the agreed checklist</w:t>
      </w:r>
    </w:p>
    <w:p>
      <w:r>
        <w:t>☐  Deep-clean items listed below</w:t>
      </w:r>
    </w:p>
    <w:p>
      <w:r>
        <w:t>☐  Add-ons from the estimate (as scoped above)</w:t>
      </w:r>
    </w:p>
    <w:p>
      <w:pPr>
        <w:pStyle w:val="Heading2"/>
      </w:pPr>
      <w:r>
        <w:t>Specific tasks / notes for this visit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r>
        <w:t>______________________________________________________________________</w:t>
      </w:r>
    </w:p>
    <w:p>
      <w:pPr>
        <w:pStyle w:val="Heading2"/>
      </w:pPr>
      <w:r>
        <w:t>Access &amp; supplies</w:t>
      </w:r>
    </w:p>
    <w:p>
      <w:r>
        <w:rPr>
          <w:b/>
        </w:rPr>
        <w:t xml:space="preserve">Entry instructions:  </w:t>
      </w:r>
      <w:r>
        <w:t>________________________________________</w:t>
      </w:r>
    </w:p>
    <w:p>
      <w:r>
        <w:rPr>
          <w:b/>
        </w:rPr>
        <w:t xml:space="preserve">Alarm note (see intake form):  </w:t>
      </w:r>
      <w:r>
        <w:t>________________________________________</w:t>
      </w:r>
    </w:p>
    <w:p>
      <w:r>
        <w:rPr>
          <w:b/>
        </w:rPr>
        <w:t xml:space="preserve">Supplies / equipment to bring:  </w:t>
      </w:r>
      <w:r>
        <w:t>________________________________________</w:t>
      </w:r>
    </w:p>
    <w:p>
      <w:pPr>
        <w:pStyle w:val="Heading2"/>
      </w:pPr>
      <w:r>
        <w:t>Completion record</w:t>
      </w:r>
    </w:p>
    <w:p>
      <w:r>
        <w:rPr>
          <w:b/>
        </w:rPr>
        <w:t xml:space="preserve">Tasks completed:  </w:t>
      </w:r>
      <w:r>
        <w:t>________________________________________</w:t>
      </w:r>
    </w:p>
    <w:p>
      <w:r>
        <w:rPr>
          <w:b/>
        </w:rPr>
        <w:t xml:space="preserve">Time in:  </w:t>
      </w:r>
      <w:r>
        <w:t>________________________________________</w:t>
      </w:r>
    </w:p>
    <w:p>
      <w:r>
        <w:rPr>
          <w:b/>
        </w:rPr>
        <w:t xml:space="preserve">Time out:  </w:t>
      </w:r>
      <w:r>
        <w:t>________________________________________</w:t>
      </w:r>
    </w:p>
    <w:p>
      <w:r>
        <w:rPr>
          <w:b/>
        </w:rPr>
        <w:t xml:space="preserve">Issues found:  </w:t>
      </w:r>
      <w:r>
        <w:t>________________________________________</w:t>
      </w:r>
    </w:p>
    <w:p>
      <w:r>
        <w:rPr>
          <w:b/>
        </w:rPr>
        <w:t xml:space="preserve">Follow-up needed:  </w:t>
      </w:r>
      <w:r>
        <w:t>________________________________________</w:t>
      </w:r>
    </w:p>
    <w:p>
      <w:pPr>
        <w:pStyle w:val="Heading2"/>
      </w:pPr>
      <w:r>
        <w:t>Sign-off</w:t>
      </w:r>
    </w:p>
    <w:p>
      <w:r>
        <w:rPr>
          <w:b/>
        </w:rPr>
        <w:t xml:space="preserve">Cleaner signature:  </w:t>
      </w:r>
      <w:r>
        <w:t>________________________________________</w:t>
      </w:r>
    </w:p>
    <w:p>
      <w:r>
        <w:rPr>
          <w:b/>
        </w:rPr>
        <w:t xml:space="preserve">Client signature (on completion):  </w:t>
      </w:r>
      <w:r>
        <w:t>________________________________________</w:t>
      </w:r>
    </w:p>
    <w:p>
      <w:r>
        <w:rPr>
          <w:b/>
        </w:rPr>
        <w:t xml:space="preserve">Date:  </w:t>
      </w:r>
      <w:r>
        <w:t>________________________________________</w:t>
      </w:r>
    </w:p>
    <w:p>
      <w:r>
        <w:rPr>
          <w:color w:val="888888"/>
          <w:sz w:val="16"/>
        </w:rPr>
        <w:t>Free template from FormNest (formnest.pages.dev) — free for your own business use; please do not redistribute or resell.</w:t>
      </w: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