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Cleaning Service Invoice</w:t>
      </w:r>
    </w:p>
    <w:p>
      <w:r>
        <w:rPr>
          <w:i/>
          <w:sz w:val="20"/>
        </w:rPr>
        <w:t>For cleaning businesses — line items that match the estimate and work order, totals, and payment details.</w:t>
      </w:r>
    </w:p>
    <w:p>
      <w:pPr>
        <w:pStyle w:val="Heading2"/>
      </w:pPr>
      <w:r>
        <w:t>Invoice details</w:t>
      </w:r>
    </w:p>
    <w:p>
      <w:r>
        <w:rPr>
          <w:b/>
        </w:rPr>
        <w:t xml:space="preserve">Invoice no.:  </w:t>
      </w:r>
      <w:r>
        <w:t>________________________________________</w:t>
      </w:r>
    </w:p>
    <w:p>
      <w:r>
        <w:rPr>
          <w:b/>
        </w:rPr>
        <w:t xml:space="preserve">Invoice date:  </w:t>
      </w:r>
      <w:r>
        <w:t>________________________________________</w:t>
      </w:r>
    </w:p>
    <w:p>
      <w:r>
        <w:rPr>
          <w:b/>
        </w:rPr>
        <w:t xml:space="preserve">Due date:  </w:t>
      </w:r>
      <w:r>
        <w:t>________________________________________</w:t>
      </w:r>
    </w:p>
    <w:p>
      <w:pPr>
        <w:pStyle w:val="Heading2"/>
      </w:pPr>
      <w:r>
        <w:t>From (your business)</w:t>
      </w:r>
    </w:p>
    <w:p>
      <w:r>
        <w:rPr>
          <w:b/>
        </w:rPr>
        <w:t xml:space="preserve">Business name:  </w:t>
      </w:r>
      <w:r>
        <w:t>________________________________________</w:t>
      </w:r>
    </w:p>
    <w:p>
      <w:r>
        <w:rPr>
          <w:b/>
        </w:rPr>
        <w:t xml:space="preserve">Address:  </w:t>
      </w:r>
      <w:r>
        <w:t>________________________________________</w:t>
      </w:r>
    </w:p>
    <w:p>
      <w:r>
        <w:rPr>
          <w:b/>
        </w:rPr>
        <w:t xml:space="preserve">Phone:  </w:t>
      </w:r>
      <w:r>
        <w:t>________________________________________</w:t>
      </w:r>
    </w:p>
    <w:p>
      <w:r>
        <w:rPr>
          <w:b/>
        </w:rPr>
        <w:t xml:space="preserve">Email:  </w:t>
      </w:r>
      <w:r>
        <w:t>________________________________________</w:t>
      </w:r>
    </w:p>
    <w:p>
      <w:r>
        <w:rPr>
          <w:b/>
        </w:rPr>
        <w:t xml:space="preserve">Tax / VAT no. (if applicable):  </w:t>
      </w:r>
      <w:r>
        <w:t>________________________________________</w:t>
      </w:r>
    </w:p>
    <w:p>
      <w:pPr>
        <w:pStyle w:val="Heading2"/>
      </w:pPr>
      <w:r>
        <w:t>Bill to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Address:  </w:t>
      </w:r>
      <w:r>
        <w:t>________________________________________</w:t>
      </w:r>
    </w:p>
    <w:p>
      <w:r>
        <w:rPr>
          <w:b/>
        </w:rPr>
        <w:t xml:space="preserve">Email:  </w:t>
      </w:r>
      <w:r>
        <w:t>________________________________________</w:t>
      </w:r>
    </w:p>
    <w:p>
      <w:pPr>
        <w:pStyle w:val="Heading2"/>
      </w:pPr>
      <w:r>
        <w:t>Services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Date of service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Description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Qty / hours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Rate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Amount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  <w:tc>
          <w:tcPr>
            <w:tcW w:type="dxa" w:w="1987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Totals</w:t>
      </w:r>
    </w:p>
    <w:p>
      <w:r>
        <w:rPr>
          <w:b/>
        </w:rPr>
        <w:t xml:space="preserve">Subtotal:  </w:t>
      </w:r>
      <w:r>
        <w:t>________________________________________</w:t>
      </w:r>
    </w:p>
    <w:p>
      <w:r>
        <w:rPr>
          <w:b/>
        </w:rPr>
        <w:t xml:space="preserve">Tax (if applicable):  </w:t>
      </w:r>
      <w:r>
        <w:t>________________________________________</w:t>
      </w:r>
    </w:p>
    <w:p>
      <w:r>
        <w:rPr>
          <w:b/>
        </w:rPr>
        <w:t xml:space="preserve">Total due:  </w:t>
      </w:r>
      <w:r>
        <w:t>________________________________________</w:t>
      </w:r>
    </w:p>
    <w:p>
      <w:pPr>
        <w:pStyle w:val="Heading2"/>
      </w:pPr>
      <w:r>
        <w:t>Payment</w:t>
      </w:r>
    </w:p>
    <w:p>
      <w:r>
        <w:rPr>
          <w:b/>
        </w:rPr>
        <w:t xml:space="preserve">Payment methods accepted:  </w:t>
      </w:r>
      <w:r>
        <w:t>________________________________________</w:t>
      </w:r>
    </w:p>
    <w:p>
      <w:r>
        <w:rPr>
          <w:b/>
        </w:rPr>
        <w:t xml:space="preserve">Payment terms:  </w:t>
      </w:r>
      <w:r>
        <w:t>________________________________________</w:t>
      </w:r>
    </w:p>
    <w:p>
      <w:r>
        <w:rPr>
          <w:b/>
        </w:rPr>
        <w:t xml:space="preserve">Reference to quote with payment:  </w:t>
      </w:r>
      <w:r>
        <w:t>________________________________________</w:t>
      </w:r>
    </w:p>
    <w:p>
      <w:pPr>
        <w:pStyle w:val="Heading2"/>
      </w:pPr>
      <w:r>
        <w:t>Thank-you note / additional information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