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Quality Inspection Sheet</w:t>
      </w:r>
    </w:p>
    <w:p>
      <w:r>
        <w:rPr>
          <w:i/>
          <w:sz w:val="20"/>
        </w:rPr>
        <w:t>For cleaning businesses — a room-by-room quality check after a visit, with corrective actions and a signed re-check.</w:t>
      </w:r>
    </w:p>
    <w:p>
      <w:pPr>
        <w:pStyle w:val="Heading2"/>
      </w:pPr>
      <w:r>
        <w:t>Job details</w:t>
      </w:r>
    </w:p>
    <w:p>
      <w:r>
        <w:rPr>
          <w:b/>
        </w:rPr>
        <w:t xml:space="preserve">Inspection reference:  </w:t>
      </w:r>
      <w:r>
        <w:t>________________________________________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Job reference:  </w:t>
      </w:r>
      <w:r>
        <w:t>________________________________________</w:t>
      </w:r>
    </w:p>
    <w:p>
      <w:r>
        <w:rPr>
          <w:b/>
        </w:rPr>
        <w:t xml:space="preserve">Cleaning date:  </w:t>
      </w:r>
      <w:r>
        <w:t>________________________________________</w:t>
      </w:r>
    </w:p>
    <w:p>
      <w:r>
        <w:rPr>
          <w:b/>
        </w:rPr>
        <w:t xml:space="preserve">Inspection date:  </w:t>
      </w:r>
      <w:r>
        <w:t>________________________________________</w:t>
      </w:r>
    </w:p>
    <w:p>
      <w:r>
        <w:rPr>
          <w:b/>
        </w:rPr>
        <w:t xml:space="preserve">Cleaner / team:  </w:t>
      </w:r>
      <w:r>
        <w:t>________________________________________</w:t>
      </w:r>
    </w:p>
    <w:p>
      <w:r>
        <w:rPr>
          <w:b/>
        </w:rPr>
        <w:t xml:space="preserve">Inspector:  </w:t>
      </w:r>
      <w:r>
        <w:t>________________________________________</w:t>
      </w:r>
    </w:p>
    <w:p>
      <w:r>
        <w:rPr>
          <w:b/>
        </w:rPr>
        <w:t xml:space="preserve">Inspection time:  </w:t>
      </w:r>
      <w:r>
        <w:t>________________________________________</w:t>
      </w:r>
    </w:p>
    <w:p>
      <w:pPr>
        <w:pStyle w:val="Heading2"/>
      </w:pPr>
      <w:r>
        <w:t>Visit type</w:t>
      </w:r>
    </w:p>
    <w:p>
      <w:r>
        <w:t>☐  Deep clean</w:t>
      </w:r>
    </w:p>
    <w:p>
      <w:r>
        <w:t>☐  Recurring</w:t>
      </w:r>
    </w:p>
    <w:p>
      <w:r>
        <w:t>☐  Move-in</w:t>
      </w:r>
    </w:p>
    <w:p>
      <w:r>
        <w:t>☐  Move-out</w:t>
      </w:r>
    </w:p>
    <w:p>
      <w:r>
        <w:t>☐  Other</w:t>
      </w:r>
    </w:p>
    <w:p>
      <w:pPr>
        <w:pStyle w:val="Heading2"/>
      </w:pPr>
      <w:r>
        <w:t>How to rate each task</w:t>
      </w:r>
    </w:p>
    <w:p>
      <w:r>
        <w:t>PASS — the task meets the business's stated cleaning standard. FAIL — the task needs corrective attention. N/A — the task was not included in the agreed scope.</w:t>
      </w:r>
    </w:p>
    <w:p>
      <w:pPr>
        <w:pStyle w:val="Heading2"/>
      </w:pPr>
      <w:r>
        <w:t>Kitchen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Task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Fail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N/A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Notes / corrective action</w:t>
            </w:r>
          </w:p>
        </w:tc>
      </w:tr>
      <w:tr>
        <w:tc>
          <w:tcPr>
            <w:tcW w:type="dxa" w:w="1987"/>
          </w:tcPr>
          <w:p>
            <w:r>
              <w:t>Counters and accessible surfaces clean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Sink and faucet cleaned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Cooktop and exterior range cleaned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Appliance exteriors wiped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Cabinet fronts spot-cleaned as needed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Floor swept and mopped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Trash removed and liner replaced if supplied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Bathrooms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Task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Fail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N/A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Notes / corrective action</w:t>
            </w:r>
          </w:p>
        </w:tc>
      </w:tr>
      <w:tr>
        <w:tc>
          <w:tcPr>
            <w:tcW w:type="dxa" w:w="1987"/>
          </w:tcPr>
          <w:p>
            <w:r>
              <w:t>Toilet cleaned and sanitized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Sink and faucet cleaned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Shower / tub cleaned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Mirrors free of visible marks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Fixtures wiped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Floor cleaned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Trash removed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Bedrooms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Task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Fail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N/A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Notes / corrective action</w:t>
            </w:r>
          </w:p>
        </w:tc>
      </w:tr>
      <w:tr>
        <w:tc>
          <w:tcPr>
            <w:tcW w:type="dxa" w:w="1987"/>
          </w:tcPr>
          <w:p>
            <w:r>
              <w:t>Accessible surfaces dusted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Bed made if included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Mirrors cleaned where applicable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Accessible floors vacuumed or mopped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Trash removed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Living &amp; common areas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Task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Fail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N/A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Notes / corrective action</w:t>
            </w:r>
          </w:p>
        </w:tc>
      </w:tr>
      <w:tr>
        <w:tc>
          <w:tcPr>
            <w:tcW w:type="dxa" w:w="1987"/>
          </w:tcPr>
          <w:p>
            <w:r>
              <w:t>Accessible furniture surfaces dusted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Visible marks addressed within scope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Floors vacuumed or mopped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Accessible high-touch surfaces wiped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Trash removed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General &amp; final checks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Task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Pass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Fail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N/A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Notes / corrective action</w:t>
            </w:r>
          </w:p>
        </w:tc>
      </w:tr>
      <w:tr>
        <w:tc>
          <w:tcPr>
            <w:tcW w:type="dxa" w:w="1987"/>
          </w:tcPr>
          <w:p>
            <w:r>
              <w:t>No obvious cleaning-product residue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Equipment and supplies removed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Lights and doors left as instructed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Client belongings left in place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Access arrangements followed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>
              <w:t>All agreed add-ons completed</w:t>
            </w:r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Inspection result</w:t>
      </w:r>
    </w:p>
    <w:p>
      <w:r>
        <w:rPr>
          <w:b/>
        </w:rPr>
        <w:t xml:space="preserve">Total items inspected:  </w:t>
      </w:r>
      <w:r>
        <w:t>________________________________________</w:t>
      </w:r>
    </w:p>
    <w:p>
      <w:r>
        <w:rPr>
          <w:b/>
        </w:rPr>
        <w:t xml:space="preserve">Pass:  </w:t>
      </w:r>
      <w:r>
        <w:t>________________________________________</w:t>
      </w:r>
    </w:p>
    <w:p>
      <w:r>
        <w:rPr>
          <w:b/>
        </w:rPr>
        <w:t xml:space="preserve">Fail:  </w:t>
      </w:r>
      <w:r>
        <w:t>________________________________________</w:t>
      </w:r>
    </w:p>
    <w:p>
      <w:r>
        <w:rPr>
          <w:b/>
        </w:rPr>
        <w:t xml:space="preserve">N/A:  </w:t>
      </w:r>
      <w:r>
        <w:t>________________________________________</w:t>
      </w:r>
    </w:p>
    <w:p>
      <w:pPr>
        <w:pStyle w:val="Heading2"/>
      </w:pPr>
      <w:r>
        <w:t>Overall result</w:t>
      </w:r>
    </w:p>
    <w:p>
      <w:r>
        <w:t>☐  PASS</w:t>
      </w:r>
    </w:p>
    <w:p>
      <w:r>
        <w:t>☐  FAIL</w:t>
      </w:r>
    </w:p>
    <w:p>
      <w:r>
        <w:t>☐  PASS WITH MINOR NOTES</w:t>
      </w:r>
    </w:p>
    <w:p>
      <w:pPr>
        <w:pStyle w:val="Heading2"/>
      </w:pPr>
      <w:r>
        <w:t>Job completion approved</w:t>
      </w:r>
    </w:p>
    <w:p>
      <w:r>
        <w:t>☐  Yes</w:t>
      </w:r>
    </w:p>
    <w:p>
      <w:r>
        <w:t>☐  No</w:t>
      </w:r>
    </w:p>
    <w:p>
      <w:pPr>
        <w:pStyle w:val="Heading2"/>
      </w:pPr>
      <w:r>
        <w:t>Corrective action record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</w:tcPr>
          <w:p>
            <w:r/>
            <w:r>
              <w:rPr>
                <w:b/>
              </w:rPr>
              <w:t>Room / task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Defect found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Corrective action required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Assigned to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Due date</w:t>
            </w:r>
          </w:p>
        </w:tc>
        <w:tc>
          <w:tcPr>
            <w:tcW w:type="dxa" w:w="1656"/>
          </w:tcPr>
          <w:p>
            <w:r/>
            <w:r>
              <w:rPr>
                <w:b/>
              </w:rPr>
              <w:t>Completed</w:t>
            </w:r>
          </w:p>
        </w:tc>
      </w:tr>
      <w:tr>
        <w:trPr>
          <w:trHeight w:val="461"/>
        </w:trPr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  <w:tc>
          <w:tcPr>
            <w:tcW w:type="dxa" w:w="1656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Re-check &amp; sign-off</w:t>
      </w:r>
    </w:p>
    <w:p>
      <w:r>
        <w:rPr>
          <w:b/>
        </w:rPr>
        <w:t xml:space="preserve">Re-inspection date:  </w:t>
      </w:r>
      <w:r>
        <w:t>________________________________________</w:t>
      </w:r>
    </w:p>
    <w:p>
      <w:r>
        <w:rPr>
          <w:b/>
        </w:rPr>
        <w:t xml:space="preserve">Re-inspected by:  </w:t>
      </w:r>
      <w:r>
        <w:t>________________________________________</w:t>
      </w:r>
    </w:p>
    <w:p>
      <w:pPr>
        <w:pStyle w:val="Heading2"/>
      </w:pPr>
      <w:r>
        <w:t>Corrective actions verified</w:t>
      </w:r>
    </w:p>
    <w:p>
      <w:r>
        <w:t>☐  Yes</w:t>
      </w:r>
    </w:p>
    <w:p>
      <w:r>
        <w:t>☐  No</w:t>
      </w:r>
    </w:p>
    <w:p>
      <w:r>
        <w:rPr>
          <w:b/>
        </w:rPr>
        <w:t xml:space="preserve">Remaining issues:  </w:t>
      </w:r>
      <w:r>
        <w:t>________________________________________</w:t>
      </w:r>
    </w:p>
    <w:p>
      <w:r>
        <w:rPr>
          <w:b/>
        </w:rPr>
        <w:t xml:space="preserve">Inspector signature:  </w:t>
      </w:r>
      <w:r>
        <w:t>________________________________________</w:t>
      </w:r>
    </w:p>
    <w:p>
      <w:r>
        <w:rPr>
          <w:b/>
        </w:rPr>
        <w:t xml:space="preserve">Cleaner acknowledgement:  </w:t>
      </w:r>
      <w:r>
        <w:t>________________________________________</w:t>
      </w:r>
    </w:p>
    <w:p>
      <w:r>
        <w:rPr>
          <w:b/>
        </w:rPr>
        <w:t xml:space="preserve">Re-check signature:  </w:t>
      </w:r>
      <w:r>
        <w:t>________________________________________</w:t>
      </w:r>
    </w:p>
    <w:p>
      <w:r>
        <w:rPr>
          <w:b/>
        </w:rPr>
        <w:t xml:space="preserve">Re-check date:  </w:t>
      </w:r>
      <w:r>
        <w:t>________________________________________</w:t>
      </w:r>
    </w:p>
    <w:p>
      <w:r>
        <w:t>Inspection records support internal quality control. They are not proof that every surface or hidden area has been inspected.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