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285B4A"/>
          <w:sz w:val="26"/>
        </w:rPr>
        <w:t>[Your Business Name]</w:t>
      </w:r>
    </w:p>
    <w:p>
      <w:pPr>
        <w:jc w:val="center"/>
      </w:pPr>
      <w:r>
        <w:rPr>
          <w:color w:val="666666"/>
          <w:sz w:val="18"/>
        </w:rPr>
        <w:t>[phone] · [email] · [address]</w:t>
      </w:r>
    </w:p>
    <w:p>
      <w:pPr>
        <w:pStyle w:val="Title"/>
      </w:pPr>
      <w:r>
        <w:rPr>
          <w:color w:val="285B4A"/>
        </w:rPr>
        <w:t>Client Complaint &amp; Resolution Record</w:t>
      </w:r>
    </w:p>
    <w:p>
      <w:r>
        <w:rPr>
          <w:i/>
          <w:sz w:val="20"/>
        </w:rPr>
        <w:t>For cleaning businesses — one chronological record from the first report to the confirmed resolution and the prevention step.</w:t>
      </w:r>
    </w:p>
    <w:p>
      <w:pPr>
        <w:pStyle w:val="Heading2"/>
      </w:pPr>
      <w:r>
        <w:t>Document details</w:t>
      </w:r>
    </w:p>
    <w:p>
      <w:r>
        <w:rPr>
          <w:b/>
        </w:rPr>
        <w:t xml:space="preserve">Complaint reference:  </w:t>
      </w:r>
      <w:r>
        <w:t>________________________________________</w:t>
      </w:r>
    </w:p>
    <w:p>
      <w:pPr>
        <w:pStyle w:val="Heading2"/>
      </w:pPr>
      <w:r>
        <w:t>1 · Client &amp; job information</w:t>
      </w:r>
    </w:p>
    <w:p>
      <w:r>
        <w:rPr>
          <w:b/>
        </w:rPr>
        <w:t xml:space="preserve">Client name:  </w:t>
      </w:r>
      <w:r>
        <w:t>________________________________________</w:t>
      </w:r>
    </w:p>
    <w:p>
      <w:r>
        <w:rPr>
          <w:b/>
        </w:rPr>
        <w:t xml:space="preserve">Service address:  </w:t>
      </w:r>
      <w:r>
        <w:t>________________________________________</w:t>
      </w:r>
    </w:p>
    <w:p>
      <w:r>
        <w:rPr>
          <w:b/>
        </w:rPr>
        <w:t xml:space="preserve">Client phone:  </w:t>
      </w:r>
      <w:r>
        <w:t>________________________________________</w:t>
      </w:r>
    </w:p>
    <w:p>
      <w:r>
        <w:rPr>
          <w:b/>
        </w:rPr>
        <w:t xml:space="preserve">Email:  </w:t>
      </w:r>
      <w:r>
        <w:t>________________________________________</w:t>
      </w:r>
    </w:p>
    <w:p>
      <w:r>
        <w:rPr>
          <w:b/>
        </w:rPr>
        <w:t xml:space="preserve">Job reference:  </w:t>
      </w:r>
      <w:r>
        <w:t>________________________________________</w:t>
      </w:r>
    </w:p>
    <w:p>
      <w:r>
        <w:rPr>
          <w:b/>
        </w:rPr>
        <w:t xml:space="preserve">Cleaning date:  </w:t>
      </w:r>
      <w:r>
        <w:t>________________________________________</w:t>
      </w:r>
    </w:p>
    <w:p>
      <w:r>
        <w:rPr>
          <w:b/>
        </w:rPr>
        <w:t xml:space="preserve">Cleaner / team responsible:  </w:t>
      </w:r>
      <w:r>
        <w:t>________________________________________</w:t>
      </w:r>
    </w:p>
    <w:p>
      <w:pPr>
        <w:pStyle w:val="Heading2"/>
      </w:pPr>
      <w:r>
        <w:t>2 · Complaint received</w:t>
      </w:r>
    </w:p>
    <w:p>
      <w:r>
        <w:rPr>
          <w:b/>
        </w:rPr>
        <w:t xml:space="preserve">Date received:  </w:t>
      </w:r>
      <w:r>
        <w:t>________________________________________</w:t>
      </w:r>
    </w:p>
    <w:p>
      <w:r>
        <w:rPr>
          <w:b/>
        </w:rPr>
        <w:t xml:space="preserve">Time received:  </w:t>
      </w:r>
      <w:r>
        <w:t>________________________________________</w:t>
      </w:r>
    </w:p>
    <w:p>
      <w:r>
        <w:rPr>
          <w:b/>
        </w:rPr>
        <w:t xml:space="preserve">Received by:  </w:t>
      </w:r>
      <w:r>
        <w:t>________________________________________</w:t>
      </w:r>
    </w:p>
    <w:p>
      <w:pPr>
        <w:pStyle w:val="Heading2"/>
      </w:pPr>
      <w:r>
        <w:t>Contact channel</w:t>
      </w:r>
    </w:p>
    <w:p>
      <w:r>
        <w:t>☐  Text</w:t>
      </w:r>
    </w:p>
    <w:p>
      <w:r>
        <w:t>☐  Email</w:t>
      </w:r>
    </w:p>
    <w:p>
      <w:r>
        <w:t>☐  Phone</w:t>
      </w:r>
    </w:p>
    <w:p>
      <w:r>
        <w:t>☐  In person</w:t>
      </w:r>
    </w:p>
    <w:p>
      <w:r>
        <w:t>☐  Other</w:t>
      </w:r>
    </w:p>
    <w:p>
      <w:pPr>
        <w:pStyle w:val="Heading2"/>
      </w:pPr>
      <w:r>
        <w:t>Complaint category</w:t>
      </w:r>
    </w:p>
    <w:p>
      <w:r>
        <w:t>☐  Missed task</w:t>
      </w:r>
    </w:p>
    <w:p>
      <w:r>
        <w:t>☐  Cleaning quality</w:t>
      </w:r>
    </w:p>
    <w:p>
      <w:r>
        <w:t>☐  Damage concern</w:t>
      </w:r>
    </w:p>
    <w:p>
      <w:r>
        <w:t>☐  Scheduling</w:t>
      </w:r>
    </w:p>
    <w:p>
      <w:r>
        <w:t>☐  Staff conduct</w:t>
      </w:r>
    </w:p>
    <w:p>
      <w:r>
        <w:t>☐  Access</w:t>
      </w:r>
    </w:p>
    <w:p>
      <w:r>
        <w:t>☐  Billing</w:t>
      </w:r>
    </w:p>
    <w:p>
      <w:r>
        <w:t>☐  Other</w:t>
      </w:r>
    </w:p>
    <w:p>
      <w:pPr>
        <w:pStyle w:val="Heading2"/>
      </w:pPr>
      <w:r>
        <w:t>Client's description of the issue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rPr>
          <w:b/>
        </w:rPr>
        <w:t xml:space="preserve">Room / area concerned:  </w:t>
      </w:r>
      <w:r>
        <w:t>________________________________________</w:t>
      </w:r>
    </w:p>
    <w:p>
      <w:pPr>
        <w:pStyle w:val="Heading2"/>
      </w:pPr>
      <w:r>
        <w:t>Evidence or attachments received</w:t>
      </w:r>
    </w:p>
    <w:p>
      <w:r>
        <w:t>☐  Yes</w:t>
      </w:r>
    </w:p>
    <w:p>
      <w:r>
        <w:t>☐  No</w:t>
      </w:r>
    </w:p>
    <w:p>
      <w:r>
        <w:rPr>
          <w:b/>
        </w:rPr>
        <w:t xml:space="preserve">Evidence description:  </w:t>
      </w:r>
      <w:r>
        <w:t>________________________________________</w:t>
      </w:r>
    </w:p>
    <w:p>
      <w:pPr>
        <w:pStyle w:val="Heading2"/>
      </w:pPr>
      <w:r>
        <w:t>Client's requested outcome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3 · Acknowledgement</w:t>
      </w:r>
    </w:p>
    <w:p>
      <w:r>
        <w:rPr>
          <w:b/>
        </w:rPr>
        <w:t xml:space="preserve">Date acknowledged:  </w:t>
      </w:r>
      <w:r>
        <w:t>________________________________________</w:t>
      </w:r>
    </w:p>
    <w:p>
      <w:r>
        <w:rPr>
          <w:b/>
        </w:rPr>
        <w:t xml:space="preserve">Time acknowledged:  </w:t>
      </w:r>
      <w:r>
        <w:t>________________________________________</w:t>
      </w:r>
    </w:p>
    <w:p>
      <w:r>
        <w:rPr>
          <w:b/>
        </w:rPr>
        <w:t xml:space="preserve">Acknowledged by:  </w:t>
      </w:r>
      <w:r>
        <w:t>________________________________________</w:t>
      </w:r>
    </w:p>
    <w:p>
      <w:pPr>
        <w:pStyle w:val="Heading2"/>
      </w:pPr>
      <w:r>
        <w:t>Method</w:t>
      </w:r>
    </w:p>
    <w:p>
      <w:r>
        <w:t>☐  Text</w:t>
      </w:r>
    </w:p>
    <w:p>
      <w:r>
        <w:t>☐  Email</w:t>
      </w:r>
    </w:p>
    <w:p>
      <w:r>
        <w:t>☐  Phone</w:t>
      </w:r>
    </w:p>
    <w:p>
      <w:r>
        <w:t>☐  Other</w:t>
      </w:r>
    </w:p>
    <w:p>
      <w:pPr>
        <w:pStyle w:val="Heading2"/>
      </w:pPr>
      <w:r>
        <w:t>Response given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rPr>
          <w:b/>
        </w:rPr>
        <w:t xml:space="preserve">Expected next update date:  </w:t>
      </w:r>
      <w:r>
        <w:t>________________________________________</w:t>
      </w:r>
    </w:p>
    <w:p>
      <w:pPr>
        <w:pStyle w:val="Heading2"/>
      </w:pPr>
      <w:r>
        <w:t>4 · Internal review</w:t>
      </w:r>
    </w:p>
    <w:p>
      <w:r>
        <w:rPr>
          <w:b/>
        </w:rPr>
        <w:t xml:space="preserve">Review date:  </w:t>
      </w:r>
      <w:r>
        <w:t>________________________________________</w:t>
      </w:r>
    </w:p>
    <w:p>
      <w:r>
        <w:rPr>
          <w:b/>
        </w:rPr>
        <w:t xml:space="preserve">Reviewed by:  </w:t>
      </w:r>
      <w:r>
        <w:t>________________________________________</w:t>
      </w:r>
    </w:p>
    <w:p>
      <w:pPr>
        <w:pStyle w:val="Heading2"/>
      </w:pPr>
      <w:r>
        <w:t>Findings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Root cause</w:t>
      </w:r>
    </w:p>
    <w:p>
      <w:r>
        <w:t>☐  Task overlooked</w:t>
      </w:r>
    </w:p>
    <w:p>
      <w:r>
        <w:t>☐  Time estimate</w:t>
      </w:r>
    </w:p>
    <w:p>
      <w:r>
        <w:t>☐  Training gap</w:t>
      </w:r>
    </w:p>
    <w:p>
      <w:r>
        <w:t>☐  Product / equipment</w:t>
      </w:r>
    </w:p>
    <w:p>
      <w:r>
        <w:t>☐  Communication</w:t>
      </w:r>
    </w:p>
    <w:p>
      <w:r>
        <w:t>☐  Other</w:t>
      </w:r>
    </w:p>
    <w:p>
      <w:pPr>
        <w:pStyle w:val="Heading2"/>
      </w:pPr>
      <w:r>
        <w:t>Additional notes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5 · Resolution plan — resolution type</w:t>
      </w:r>
    </w:p>
    <w:p>
      <w:r>
        <w:t>☐  Corrective visit</w:t>
      </w:r>
    </w:p>
    <w:p>
      <w:r>
        <w:t>☐  Re-clean</w:t>
      </w:r>
    </w:p>
    <w:p>
      <w:r>
        <w:t>☐  Refund consideration</w:t>
      </w:r>
    </w:p>
    <w:p>
      <w:r>
        <w:t>☐  Credit consideration</w:t>
      </w:r>
    </w:p>
    <w:p>
      <w:r>
        <w:t>☐  Explanation</w:t>
      </w:r>
    </w:p>
    <w:p>
      <w:r>
        <w:t>☐  Other</w:t>
      </w:r>
    </w:p>
    <w:p>
      <w:pPr>
        <w:pStyle w:val="Heading2"/>
      </w:pPr>
      <w:r>
        <w:t>Agreed action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rPr>
          <w:b/>
        </w:rPr>
        <w:t xml:space="preserve">Responsible person:  </w:t>
      </w:r>
      <w:r>
        <w:t>________________________________________</w:t>
      </w:r>
    </w:p>
    <w:p>
      <w:r>
        <w:rPr>
          <w:b/>
        </w:rPr>
        <w:t xml:space="preserve">Scheduled date:  </w:t>
      </w:r>
      <w:r>
        <w:t>________________________________________</w:t>
      </w:r>
    </w:p>
    <w:p>
      <w:r>
        <w:rPr>
          <w:b/>
        </w:rPr>
        <w:t xml:space="preserve">Scheduled time:  </w:t>
      </w:r>
      <w:r>
        <w:t>________________________________________</w:t>
      </w:r>
    </w:p>
    <w:p>
      <w:r>
        <w:rPr>
          <w:b/>
        </w:rPr>
        <w:t xml:space="preserve">Cost to client ($):  </w:t>
      </w:r>
      <w:r>
        <w:t>________________________________________</w:t>
      </w:r>
    </w:p>
    <w:p>
      <w:pPr>
        <w:pStyle w:val="Heading2"/>
      </w:pPr>
      <w:r>
        <w:t>Client informed</w:t>
      </w:r>
    </w:p>
    <w:p>
      <w:r>
        <w:t>☐  Yes</w:t>
      </w:r>
    </w:p>
    <w:p>
      <w:r>
        <w:t>☐  No</w:t>
      </w:r>
    </w:p>
    <w:p>
      <w:pPr>
        <w:pStyle w:val="Heading2"/>
      </w:pPr>
      <w:r>
        <w:t>Client response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6 · Corrective visit</w:t>
      </w:r>
    </w:p>
    <w:p>
      <w:r>
        <w:rPr>
          <w:b/>
        </w:rPr>
        <w:t xml:space="preserve">Visit date:  </w:t>
      </w:r>
      <w:r>
        <w:t>________________________________________</w:t>
      </w:r>
    </w:p>
    <w:p>
      <w:r>
        <w:rPr>
          <w:b/>
        </w:rPr>
        <w:t xml:space="preserve">Arrival time:  </w:t>
      </w:r>
      <w:r>
        <w:t>________________________________________</w:t>
      </w:r>
    </w:p>
    <w:p>
      <w:r>
        <w:rPr>
          <w:b/>
        </w:rPr>
        <w:t xml:space="preserve">Assigned cleaner:  </w:t>
      </w:r>
      <w:r>
        <w:t>________________________________________</w:t>
      </w:r>
    </w:p>
    <w:p>
      <w:pPr>
        <w:pStyle w:val="Heading2"/>
      </w:pPr>
      <w:r>
        <w:t>Corrective work completed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Inspection completed</w:t>
      </w:r>
    </w:p>
    <w:p>
      <w:r>
        <w:t>☐  Yes</w:t>
      </w:r>
    </w:p>
    <w:p>
      <w:r>
        <w:t>☐  No</w:t>
      </w:r>
    </w:p>
    <w:p>
      <w:r>
        <w:rPr>
          <w:b/>
        </w:rPr>
        <w:t xml:space="preserve">Inspector:  </w:t>
      </w:r>
      <w:r>
        <w:t>________________________________________</w:t>
      </w:r>
    </w:p>
    <w:p>
      <w:r>
        <w:rPr>
          <w:b/>
        </w:rPr>
        <w:t xml:space="preserve">Completion date:  </w:t>
      </w:r>
      <w:r>
        <w:t>________________________________________</w:t>
      </w:r>
    </w:p>
    <w:p>
      <w:pPr>
        <w:pStyle w:val="Heading2"/>
      </w:pPr>
      <w:r>
        <w:t>7 · Client confirmation</w:t>
      </w:r>
    </w:p>
    <w:p>
      <w:r>
        <w:rPr>
          <w:b/>
        </w:rPr>
        <w:t xml:space="preserve">Contact date:  </w:t>
      </w:r>
      <w:r>
        <w:t>________________________________________</w:t>
      </w:r>
    </w:p>
    <w:p>
      <w:pPr>
        <w:pStyle w:val="Heading2"/>
      </w:pPr>
      <w:r>
        <w:t>Contact method</w:t>
      </w:r>
    </w:p>
    <w:p>
      <w:r>
        <w:t>☐  Text</w:t>
      </w:r>
    </w:p>
    <w:p>
      <w:r>
        <w:t>☐  Email</w:t>
      </w:r>
    </w:p>
    <w:p>
      <w:r>
        <w:t>☐  Phone</w:t>
      </w:r>
    </w:p>
    <w:p>
      <w:r>
        <w:t>☐  Other</w:t>
      </w:r>
    </w:p>
    <w:p>
      <w:pPr>
        <w:pStyle w:val="Heading2"/>
      </w:pPr>
      <w:r>
        <w:t>Client response</w:t>
      </w:r>
    </w:p>
    <w:p>
      <w:r>
        <w:t>☐  Satisfied</w:t>
      </w:r>
    </w:p>
    <w:p>
      <w:r>
        <w:t>☐  Partially satisfied</w:t>
      </w:r>
    </w:p>
    <w:p>
      <w:r>
        <w:t>☐  Not satisfied</w:t>
      </w:r>
    </w:p>
    <w:p>
      <w:r>
        <w:t>☐  No response</w:t>
      </w:r>
    </w:p>
    <w:p>
      <w:pPr>
        <w:pStyle w:val="Heading2"/>
      </w:pPr>
      <w:r>
        <w:t>Client comments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rPr>
          <w:b/>
        </w:rPr>
        <w:t xml:space="preserve">Confirmed by:  </w:t>
      </w:r>
      <w:r>
        <w:t>________________________________________</w:t>
      </w:r>
    </w:p>
    <w:p>
      <w:pPr>
        <w:pStyle w:val="Heading2"/>
      </w:pPr>
      <w:r>
        <w:t>Follow-up required</w:t>
      </w:r>
    </w:p>
    <w:p>
      <w:r>
        <w:t>☐  Yes</w:t>
      </w:r>
    </w:p>
    <w:p>
      <w:r>
        <w:t>☐  No</w:t>
      </w:r>
    </w:p>
    <w:p>
      <w:pPr>
        <w:pStyle w:val="Heading2"/>
      </w:pPr>
      <w:r>
        <w:t>8 · Prevention step — what will change to prevent recurrence?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rPr>
          <w:b/>
        </w:rPr>
        <w:t xml:space="preserve">Action owner:  </w:t>
      </w:r>
      <w:r>
        <w:t>________________________________________</w:t>
      </w:r>
    </w:p>
    <w:p>
      <w:r>
        <w:rPr>
          <w:b/>
        </w:rPr>
        <w:t xml:space="preserve">Target completion date:  </w:t>
      </w:r>
      <w:r>
        <w:t>________________________________________</w:t>
      </w:r>
    </w:p>
    <w:p>
      <w:r>
        <w:rPr>
          <w:b/>
        </w:rPr>
        <w:t xml:space="preserve">Completed date:  </w:t>
      </w:r>
      <w:r>
        <w:t>________________________________________</w:t>
      </w:r>
    </w:p>
    <w:p>
      <w:r>
        <w:rPr>
          <w:b/>
        </w:rPr>
        <w:t xml:space="preserve">Verification by:  </w:t>
      </w:r>
      <w:r>
        <w:t>________________________________________</w:t>
      </w:r>
    </w:p>
    <w:p>
      <w:pPr>
        <w:pStyle w:val="Heading2"/>
      </w:pPr>
      <w:r>
        <w:t>9 · Closure — complaint status</w:t>
      </w:r>
    </w:p>
    <w:p>
      <w:r>
        <w:t>☐  Open</w:t>
      </w:r>
    </w:p>
    <w:p>
      <w:r>
        <w:t>☐  In progress</w:t>
      </w:r>
    </w:p>
    <w:p>
      <w:r>
        <w:t>☐  Resolved</w:t>
      </w:r>
    </w:p>
    <w:p>
      <w:r>
        <w:t>☐  Closed — client unreachable</w:t>
      </w:r>
    </w:p>
    <w:p>
      <w:r>
        <w:rPr>
          <w:b/>
        </w:rPr>
        <w:t xml:space="preserve">Closure date:  </w:t>
      </w:r>
      <w:r>
        <w:t>________________________________________</w:t>
      </w:r>
    </w:p>
    <w:p>
      <w:r>
        <w:rPr>
          <w:b/>
        </w:rPr>
        <w:t xml:space="preserve">Manager / owner signature:  </w:t>
      </w:r>
      <w:r>
        <w:t>________________________________________</w:t>
      </w:r>
    </w:p>
    <w:p>
      <w:r>
        <w:rPr>
          <w:b/>
        </w:rPr>
        <w:t xml:space="preserve">Date:  </w:t>
      </w:r>
      <w:r>
        <w:t>________________________________________</w:t>
      </w:r>
    </w:p>
    <w:p>
      <w:r>
        <w:t>Do not describe an issue as resolved merely because a corrective visit was scheduled. Record what actually happened and the client's response.</w:t>
      </w:r>
    </w:p>
    <w:p>
      <w:r>
        <w:rPr>
          <w:color w:val="888888"/>
          <w:sz w:val="16"/>
        </w:rPr>
        <w:t>Free template from FormNest (formnest.pages.dev) — free for your own business use; please do not redistribute or resell.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