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Cleaning Client Intake Form</w:t>
      </w:r>
    </w:p>
    <w:p>
      <w:r>
        <w:rPr>
          <w:i/>
          <w:sz w:val="20"/>
        </w:rPr>
        <w:t>For cleaning businesses — complete at sign-up or first visit, then keep on file.</w:t>
      </w:r>
    </w:p>
    <w:p>
      <w:pPr>
        <w:pStyle w:val="Heading2"/>
      </w:pPr>
      <w:r>
        <w:t>1 · Client details</w:t>
      </w:r>
    </w:p>
    <w:p>
      <w:r>
        <w:rPr>
          <w:b/>
        </w:rPr>
        <w:t xml:space="preserve">Full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Mailing address (if different):  </w:t>
      </w:r>
      <w:r>
        <w:t>________________________________________</w:t>
      </w:r>
    </w:p>
    <w:p>
      <w:r>
        <w:rPr>
          <w:b/>
        </w:rPr>
        <w:t xml:space="preserve">Phone:  </w:t>
      </w:r>
      <w:r>
        <w:t>________________________________________</w:t>
      </w:r>
    </w:p>
    <w:p>
      <w:r>
        <w:rPr>
          <w:b/>
        </w:rPr>
        <w:t xml:space="preserve">Email:  </w:t>
      </w:r>
      <w:r>
        <w:t>________________________________________</w:t>
      </w:r>
    </w:p>
    <w:p>
      <w:r>
        <w:rPr>
          <w:b/>
        </w:rPr>
        <w:t xml:space="preserve">Preferred contact method:  </w:t>
      </w:r>
      <w:r>
        <w:t>________________________________________</w:t>
      </w:r>
    </w:p>
    <w:p>
      <w:pPr>
        <w:pStyle w:val="Heading2"/>
      </w:pPr>
      <w:r>
        <w:t>2 · Property details</w:t>
      </w:r>
    </w:p>
    <w:p>
      <w:r>
        <w:rPr>
          <w:b/>
        </w:rPr>
        <w:t xml:space="preserve">Property type (house / apartment / condo / office):  </w:t>
      </w:r>
      <w:r>
        <w:t>________________________________________</w:t>
      </w:r>
    </w:p>
    <w:p>
      <w:r>
        <w:rPr>
          <w:b/>
        </w:rPr>
        <w:t xml:space="preserve">Bedrooms:  </w:t>
      </w:r>
      <w:r>
        <w:t>________________________________________</w:t>
      </w:r>
    </w:p>
    <w:p>
      <w:r>
        <w:rPr>
          <w:b/>
        </w:rPr>
        <w:t xml:space="preserve">Bathrooms:  </w:t>
      </w:r>
      <w:r>
        <w:t>________________________________________</w:t>
      </w:r>
    </w:p>
    <w:p>
      <w:r>
        <w:rPr>
          <w:b/>
        </w:rPr>
        <w:t xml:space="preserve">Approx. size (sq ft):  </w:t>
      </w:r>
      <w:r>
        <w:t>________________________________________</w:t>
      </w:r>
    </w:p>
    <w:p>
      <w:r>
        <w:rPr>
          <w:b/>
        </w:rPr>
        <w:t xml:space="preserve">Floors / levels:  </w:t>
      </w:r>
      <w:r>
        <w:t>________________________________________</w:t>
      </w:r>
    </w:p>
    <w:p>
      <w:r>
        <w:rPr>
          <w:b/>
        </w:rPr>
        <w:t xml:space="preserve">Occupants (adults / children):  </w:t>
      </w:r>
      <w:r>
        <w:t>________________________________________</w:t>
      </w:r>
    </w:p>
    <w:p>
      <w:pPr>
        <w:pStyle w:val="Heading2"/>
      </w:pPr>
      <w:r>
        <w:t>3 · Pets</w:t>
      </w:r>
    </w:p>
    <w:p>
      <w:r>
        <w:t>☐  No pets</w:t>
      </w:r>
    </w:p>
    <w:p>
      <w:r>
        <w:t>☐  Dog(s)</w:t>
      </w:r>
    </w:p>
    <w:p>
      <w:r>
        <w:t>☐  Cat(s)</w:t>
      </w:r>
    </w:p>
    <w:p>
      <w:r>
        <w:t>☐  Other pets</w:t>
      </w:r>
    </w:p>
    <w:p>
      <w:r>
        <w:rPr>
          <w:b/>
        </w:rPr>
        <w:t xml:space="preserve">Where pets will be during the clean:  </w:t>
      </w:r>
      <w:r>
        <w:t>________________________________________</w:t>
      </w:r>
    </w:p>
    <w:p>
      <w:pPr>
        <w:pStyle w:val="Heading2"/>
      </w:pPr>
      <w:r>
        <w:t>4 · Access &amp; security</w:t>
      </w:r>
    </w:p>
    <w:p>
      <w:r>
        <w:rPr>
          <w:b/>
        </w:rPr>
        <w:t xml:space="preserve">Entry method (client home / key / code / garage):  </w:t>
      </w:r>
      <w:r>
        <w:t>________________________________________</w:t>
      </w:r>
    </w:p>
    <w:p>
      <w:r>
        <w:rPr>
          <w:b/>
        </w:rPr>
        <w:t xml:space="preserve">Alarm instructions:  </w:t>
      </w:r>
      <w:r>
        <w:t>________________________________________</w:t>
      </w:r>
    </w:p>
    <w:p>
      <w:r>
        <w:rPr>
          <w:b/>
        </w:rPr>
        <w:t xml:space="preserve">Key held by us? (yes / no):  </w:t>
      </w:r>
      <w:r>
        <w:t>________________________________________</w:t>
      </w:r>
    </w:p>
    <w:p>
      <w:r>
        <w:rPr>
          <w:b/>
        </w:rPr>
        <w:t xml:space="preserve">Parking notes:  </w:t>
      </w:r>
      <w:r>
        <w:t>________________________________________</w:t>
      </w:r>
    </w:p>
    <w:p>
      <w:pPr>
        <w:pStyle w:val="Heading2"/>
      </w:pPr>
      <w:r>
        <w:t>5 · Service requested</w:t>
      </w:r>
    </w:p>
    <w:p>
      <w:r>
        <w:t>☐  Regular cleaning</w:t>
      </w:r>
    </w:p>
    <w:p>
      <w:r>
        <w:t>☐  Deep cleaning (first visit)</w:t>
      </w:r>
    </w:p>
    <w:p>
      <w:r>
        <w:t>☐  Move-in cleaning</w:t>
      </w:r>
    </w:p>
    <w:p>
      <w:r>
        <w:t>☐  Move-out cleaning</w:t>
      </w:r>
    </w:p>
    <w:p>
      <w:r>
        <w:t>☐  One-off cleaning</w:t>
      </w:r>
    </w:p>
    <w:p>
      <w:pPr>
        <w:pStyle w:val="Heading2"/>
      </w:pPr>
      <w:r>
        <w:t>6 · Frequency</w:t>
      </w:r>
    </w:p>
    <w:p>
      <w:r>
        <w:t>☐  Weekly</w:t>
      </w:r>
    </w:p>
    <w:p>
      <w:r>
        <w:t>☐  Every 2 weeks</w:t>
      </w:r>
    </w:p>
    <w:p>
      <w:r>
        <w:t>☐  Every 4 weeks</w:t>
      </w:r>
    </w:p>
    <w:p>
      <w:r>
        <w:t>☐  One-off</w:t>
      </w:r>
    </w:p>
    <w:p>
      <w:pPr>
        <w:pStyle w:val="Heading2"/>
      </w:pPr>
      <w:r>
        <w:t>7 · Priority areas</w:t>
      </w:r>
    </w:p>
    <w:p>
      <w:r>
        <w:t>☐  Kitchen</w:t>
      </w:r>
    </w:p>
    <w:p>
      <w:r>
        <w:t>☐  Bathrooms</w:t>
      </w:r>
    </w:p>
    <w:p>
      <w:r>
        <w:t>☐  Floors throughout</w:t>
      </w:r>
    </w:p>
    <w:p>
      <w:r>
        <w:t>☐  Interior windows</w:t>
      </w:r>
    </w:p>
    <w:p>
      <w:r>
        <w:t>☐  Laundry</w:t>
      </w:r>
    </w:p>
    <w:p>
      <w:r>
        <w:t>☐  Other (note below)</w:t>
      </w:r>
    </w:p>
    <w:p>
      <w:pPr>
        <w:pStyle w:val="Heading2"/>
      </w:pPr>
      <w:r>
        <w:t>8 · Products &amp; sensitivities</w:t>
      </w:r>
    </w:p>
    <w:p>
      <w:r>
        <w:rPr>
          <w:b/>
        </w:rPr>
        <w:t xml:space="preserve">Products provided by (us / client):  </w:t>
      </w:r>
      <w:r>
        <w:t>________________________________________</w:t>
      </w:r>
    </w:p>
    <w:p>
      <w:r>
        <w:rPr>
          <w:b/>
        </w:rPr>
        <w:t xml:space="preserve">Allergies or product sensitivities:  </w:t>
      </w:r>
      <w:r>
        <w:t>________________________________________</w:t>
      </w:r>
    </w:p>
    <w:p>
      <w:r>
        <w:rPr>
          <w:b/>
        </w:rPr>
        <w:t xml:space="preserve">Surfaces needing special care:  </w:t>
      </w:r>
      <w:r>
        <w:t>________________________________________</w:t>
      </w:r>
    </w:p>
    <w:p>
      <w:r>
        <w:rPr>
          <w:b/>
        </w:rPr>
        <w:t xml:space="preserve">Fragile or high-value items to note:  </w:t>
      </w:r>
      <w:r>
        <w:t>________________________________________</w:t>
      </w:r>
    </w:p>
    <w:p>
      <w:pPr>
        <w:pStyle w:val="Heading2"/>
      </w:pPr>
      <w:r>
        <w:t>9 · Scheduling</w:t>
      </w:r>
    </w:p>
    <w:p>
      <w:r>
        <w:rPr>
          <w:b/>
        </w:rPr>
        <w:t xml:space="preserve">Preferred day(s):  </w:t>
      </w:r>
      <w:r>
        <w:t>________________________________________</w:t>
      </w:r>
    </w:p>
    <w:p>
      <w:r>
        <w:rPr>
          <w:b/>
        </w:rPr>
        <w:t xml:space="preserve">Preferred time window:  </w:t>
      </w:r>
      <w:r>
        <w:t>________________________________________</w:t>
      </w:r>
    </w:p>
    <w:p>
      <w:r>
        <w:rPr>
          <w:b/>
        </w:rPr>
        <w:t xml:space="preserve">Start date:  </w:t>
      </w:r>
      <w:r>
        <w:t>________________________________________</w:t>
      </w:r>
    </w:p>
    <w:p>
      <w:r>
        <w:rPr>
          <w:b/>
        </w:rPr>
        <w:t xml:space="preserve">How did you hear about us?:  </w:t>
      </w:r>
      <w:r>
        <w:t>________________________________________</w:t>
      </w:r>
    </w:p>
    <w:p>
      <w:pPr>
        <w:pStyle w:val="Heading2"/>
      </w:pPr>
      <w:r>
        <w:t>Sign-off</w:t>
      </w:r>
    </w:p>
    <w:p>
      <w:r>
        <w:rPr>
          <w:b/>
        </w:rPr>
        <w:t xml:space="preserve">Client signature: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